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95BEF" w14:textId="77777777" w:rsidR="00412A3B" w:rsidRDefault="00000000">
      <w:pPr>
        <w:jc w:val="center"/>
      </w:pPr>
      <w:r>
        <w:rPr>
          <w:b/>
          <w:sz w:val="44"/>
        </w:rPr>
        <w:t>BrightMart Fabric Sales Analytics Project</w:t>
      </w:r>
    </w:p>
    <w:p w14:paraId="03F8A3A3" w14:textId="77777777" w:rsidR="00412A3B" w:rsidRDefault="00000000">
      <w:pPr>
        <w:jc w:val="center"/>
      </w:pPr>
      <w:r>
        <w:rPr>
          <w:i/>
          <w:sz w:val="24"/>
        </w:rPr>
        <w:t>Student Instruction Guide</w:t>
      </w:r>
    </w:p>
    <w:p w14:paraId="74AA6673" w14:textId="77777777" w:rsidR="00412A3B" w:rsidRDefault="00412A3B"/>
    <w:p w14:paraId="4829397F" w14:textId="77777777" w:rsidR="00412A3B" w:rsidRDefault="00000000">
      <w:pPr>
        <w:pStyle w:val="Heading1"/>
      </w:pPr>
      <w:r>
        <w:t>Project Scenario</w:t>
      </w:r>
    </w:p>
    <w:p w14:paraId="708F9061" w14:textId="77777777" w:rsidR="00412A3B" w:rsidRDefault="00000000">
      <w:r>
        <w:t>BrightMart is a retail business operating across Atlantic Canada. Management wants a clear sales analytics report covering revenue, cost, profit, margin, regional performance, category performance, salesperson performance, channel performance, and monthly trends. Your role is to use Microsoft Fabric and T-SQL to turn the uploaded sales data into business answers.</w:t>
      </w:r>
    </w:p>
    <w:p w14:paraId="4EA2D1DF" w14:textId="77777777" w:rsidR="00412A3B" w:rsidRDefault="00000000">
      <w:pPr>
        <w:pStyle w:val="Heading1"/>
      </w:pPr>
      <w:r>
        <w:t>Main Business Question</w:t>
      </w:r>
    </w:p>
    <w:p w14:paraId="575A42EF" w14:textId="77777777" w:rsidR="00412A3B" w:rsidRDefault="00000000">
      <w:r>
        <w:t>How can BrightMart improve profitability by understanding which regions, categories, salespeople, channels, and months drive business performance?</w:t>
      </w:r>
    </w:p>
    <w:p w14:paraId="3CC6AC62" w14:textId="77777777" w:rsidR="00412A3B" w:rsidRDefault="00000000">
      <w:pPr>
        <w:pStyle w:val="Heading1"/>
      </w:pPr>
      <w:r>
        <w:t>Dataset and Table Name</w:t>
      </w:r>
    </w:p>
    <w:p w14:paraId="2CCFF21C" w14:textId="77777777" w:rsidR="00412A3B" w:rsidRDefault="00000000">
      <w:r>
        <w:t>Dataset file: BrightMart_Fabric_Project_Dataset.csv</w:t>
      </w:r>
    </w:p>
    <w:p w14:paraId="4087F317" w14:textId="77777777" w:rsidR="00412A3B" w:rsidRDefault="00000000">
      <w:r>
        <w:t>Fabric table used in this project: [dbo].[brightmart_ai_sales_dataset]</w:t>
      </w:r>
    </w:p>
    <w:p w14:paraId="3A8587CE" w14:textId="77777777" w:rsidR="00412A3B" w:rsidRDefault="00000000">
      <w:pPr>
        <w:pStyle w:val="Heading1"/>
      </w:pPr>
      <w:r>
        <w:t>Fabric Workflow</w:t>
      </w:r>
    </w:p>
    <w:p w14:paraId="2FB7CA7F" w14:textId="77777777" w:rsidR="00412A3B" w:rsidRDefault="00000000">
      <w:pPr>
        <w:pStyle w:val="ListNumber"/>
      </w:pPr>
      <w:r>
        <w:t>Open your Microsoft Fabric workspace.</w:t>
      </w:r>
    </w:p>
    <w:p w14:paraId="38E029C0" w14:textId="77777777" w:rsidR="00412A3B" w:rsidRDefault="00000000">
      <w:pPr>
        <w:pStyle w:val="ListNumber"/>
      </w:pPr>
      <w:r>
        <w:t>Open the Lakehouse or Warehouse where the CSV has been uploaded.</w:t>
      </w:r>
    </w:p>
    <w:p w14:paraId="0AAE8CC3" w14:textId="77777777" w:rsidR="00412A3B" w:rsidRDefault="00000000">
      <w:pPr>
        <w:pStyle w:val="ListNumber"/>
      </w:pPr>
      <w:r>
        <w:t>Confirm that the table appears under the dbo schema.</w:t>
      </w:r>
    </w:p>
    <w:p w14:paraId="655AB86E" w14:textId="77777777" w:rsidR="00412A3B" w:rsidRDefault="00000000">
      <w:pPr>
        <w:pStyle w:val="ListNumber"/>
      </w:pPr>
      <w:r>
        <w:t>Open the SQL query editor.</w:t>
      </w:r>
    </w:p>
    <w:p w14:paraId="64623883" w14:textId="77777777" w:rsidR="00412A3B" w:rsidRDefault="00000000">
      <w:pPr>
        <w:pStyle w:val="ListNumber"/>
      </w:pPr>
      <w:r>
        <w:t>Run a validation query to confirm that the table is available.</w:t>
      </w:r>
    </w:p>
    <w:p w14:paraId="271EF0A7" w14:textId="77777777" w:rsidR="00412A3B" w:rsidRDefault="00000000">
      <w:pPr>
        <w:pStyle w:val="ListNumber"/>
      </w:pPr>
      <w:r>
        <w:t>Answer each business question using T-SQL.</w:t>
      </w:r>
    </w:p>
    <w:p w14:paraId="69030232" w14:textId="77777777" w:rsidR="00412A3B" w:rsidRDefault="00000000">
      <w:pPr>
        <w:pStyle w:val="ListNumber"/>
      </w:pPr>
      <w:r>
        <w:t>Use your outputs to design a simple report page or dashboard summary.</w:t>
      </w:r>
    </w:p>
    <w:p w14:paraId="3378159A" w14:textId="77777777" w:rsidR="00412A3B" w:rsidRDefault="00000000">
      <w:pPr>
        <w:pStyle w:val="Heading2"/>
      </w:pPr>
      <w:r>
        <w:t>Validation Query</w:t>
      </w:r>
    </w:p>
    <w:p w14:paraId="20E17BD4" w14:textId="77777777" w:rsidR="00412A3B" w:rsidRDefault="00000000">
      <w:pPr>
        <w:spacing w:after="120"/>
      </w:pPr>
      <w:r>
        <w:rPr>
          <w:rFonts w:ascii="Consolas" w:eastAsia="Consolas" w:hAnsi="Consolas"/>
          <w:sz w:val="17"/>
        </w:rPr>
        <w:t>SELECT TOP 10 *</w:t>
      </w:r>
      <w:r>
        <w:rPr>
          <w:rFonts w:ascii="Consolas" w:eastAsia="Consolas" w:hAnsi="Consolas"/>
          <w:sz w:val="17"/>
        </w:rPr>
        <w:br/>
        <w:t>FROM [dbo].[brightmart_ai_sales_dataset];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SELECT COUNT(*) AS TotalRows</w:t>
      </w:r>
      <w:r>
        <w:rPr>
          <w:rFonts w:ascii="Consolas" w:eastAsia="Consolas" w:hAnsi="Consolas"/>
          <w:sz w:val="17"/>
        </w:rPr>
        <w:br/>
        <w:t>FROM [dbo].[brightmart_ai_sales_dataset];</w:t>
      </w:r>
      <w:r>
        <w:rPr>
          <w:rFonts w:ascii="Consolas" w:eastAsia="Consolas" w:hAnsi="Consolas"/>
          <w:sz w:val="17"/>
        </w:rPr>
        <w:br/>
      </w:r>
    </w:p>
    <w:p w14:paraId="0558476A" w14:textId="77777777" w:rsidR="00412A3B" w:rsidRDefault="00000000">
      <w:pPr>
        <w:pStyle w:val="Heading1"/>
      </w:pPr>
      <w:r>
        <w:t>Data Dictionary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920"/>
      </w:tblGrid>
      <w:tr w:rsidR="00412A3B" w14:paraId="4197E771" w14:textId="77777777">
        <w:trPr>
          <w:jc w:val="center"/>
        </w:trPr>
        <w:tc>
          <w:tcPr>
            <w:tcW w:w="2304" w:type="dxa"/>
            <w:shd w:val="clear" w:color="auto" w:fill="111111"/>
            <w:vAlign w:val="center"/>
          </w:tcPr>
          <w:p w14:paraId="26B8675B" w14:textId="77777777" w:rsidR="00412A3B" w:rsidRDefault="00000000">
            <w:r>
              <w:rPr>
                <w:b/>
                <w:color w:val="FFFFFF"/>
                <w:sz w:val="18"/>
              </w:rPr>
              <w:t>Column</w:t>
            </w:r>
          </w:p>
        </w:tc>
        <w:tc>
          <w:tcPr>
            <w:tcW w:w="7920" w:type="dxa"/>
            <w:shd w:val="clear" w:color="auto" w:fill="111111"/>
            <w:vAlign w:val="center"/>
          </w:tcPr>
          <w:p w14:paraId="0B61CA3B" w14:textId="77777777" w:rsidR="00412A3B" w:rsidRDefault="00000000">
            <w:r>
              <w:rPr>
                <w:b/>
                <w:color w:val="FFFFFF"/>
                <w:sz w:val="18"/>
              </w:rPr>
              <w:t>Meaning</w:t>
            </w:r>
          </w:p>
        </w:tc>
      </w:tr>
      <w:tr w:rsidR="00412A3B" w14:paraId="0E83055A" w14:textId="77777777">
        <w:trPr>
          <w:jc w:val="center"/>
        </w:trPr>
        <w:tc>
          <w:tcPr>
            <w:tcW w:w="2304" w:type="dxa"/>
            <w:vAlign w:val="center"/>
          </w:tcPr>
          <w:p w14:paraId="7B96A1C1" w14:textId="77777777" w:rsidR="00412A3B" w:rsidRDefault="00000000">
            <w:r>
              <w:rPr>
                <w:sz w:val="18"/>
              </w:rPr>
              <w:t>OrderID</w:t>
            </w:r>
          </w:p>
        </w:tc>
        <w:tc>
          <w:tcPr>
            <w:tcW w:w="7920" w:type="dxa"/>
            <w:vAlign w:val="center"/>
          </w:tcPr>
          <w:p w14:paraId="5CC862CC" w14:textId="77777777" w:rsidR="00412A3B" w:rsidRDefault="00000000">
            <w:r>
              <w:rPr>
                <w:sz w:val="18"/>
              </w:rPr>
              <w:t>Unique order identifier</w:t>
            </w:r>
          </w:p>
        </w:tc>
      </w:tr>
      <w:tr w:rsidR="00412A3B" w14:paraId="2C48AFBA" w14:textId="77777777">
        <w:trPr>
          <w:jc w:val="center"/>
        </w:trPr>
        <w:tc>
          <w:tcPr>
            <w:tcW w:w="2304" w:type="dxa"/>
            <w:vAlign w:val="center"/>
          </w:tcPr>
          <w:p w14:paraId="53710DFC" w14:textId="77777777" w:rsidR="00412A3B" w:rsidRDefault="00000000">
            <w:r>
              <w:rPr>
                <w:sz w:val="18"/>
              </w:rPr>
              <w:t>OrderDate</w:t>
            </w:r>
          </w:p>
        </w:tc>
        <w:tc>
          <w:tcPr>
            <w:tcW w:w="7920" w:type="dxa"/>
            <w:vAlign w:val="center"/>
          </w:tcPr>
          <w:p w14:paraId="3332508B" w14:textId="77777777" w:rsidR="00412A3B" w:rsidRDefault="00000000">
            <w:r>
              <w:rPr>
                <w:sz w:val="18"/>
              </w:rPr>
              <w:t>Date the order was placed</w:t>
            </w:r>
          </w:p>
        </w:tc>
      </w:tr>
      <w:tr w:rsidR="00412A3B" w14:paraId="6E0D0BE3" w14:textId="77777777">
        <w:trPr>
          <w:jc w:val="center"/>
        </w:trPr>
        <w:tc>
          <w:tcPr>
            <w:tcW w:w="2304" w:type="dxa"/>
            <w:vAlign w:val="center"/>
          </w:tcPr>
          <w:p w14:paraId="7B8A3421" w14:textId="77777777" w:rsidR="00412A3B" w:rsidRDefault="00000000">
            <w:r>
              <w:rPr>
                <w:sz w:val="18"/>
              </w:rPr>
              <w:t>Region</w:t>
            </w:r>
          </w:p>
        </w:tc>
        <w:tc>
          <w:tcPr>
            <w:tcW w:w="7920" w:type="dxa"/>
            <w:vAlign w:val="center"/>
          </w:tcPr>
          <w:p w14:paraId="7FFED3B7" w14:textId="77777777" w:rsidR="00412A3B" w:rsidRDefault="00000000">
            <w:r>
              <w:rPr>
                <w:sz w:val="18"/>
              </w:rPr>
              <w:t>BrightMart sales region/city</w:t>
            </w:r>
          </w:p>
        </w:tc>
      </w:tr>
      <w:tr w:rsidR="00412A3B" w14:paraId="38550AB1" w14:textId="77777777">
        <w:trPr>
          <w:jc w:val="center"/>
        </w:trPr>
        <w:tc>
          <w:tcPr>
            <w:tcW w:w="2304" w:type="dxa"/>
            <w:vAlign w:val="center"/>
          </w:tcPr>
          <w:p w14:paraId="058DFFC6" w14:textId="77777777" w:rsidR="00412A3B" w:rsidRDefault="00000000">
            <w:r>
              <w:rPr>
                <w:sz w:val="18"/>
              </w:rPr>
              <w:t>Salesperson</w:t>
            </w:r>
          </w:p>
        </w:tc>
        <w:tc>
          <w:tcPr>
            <w:tcW w:w="7920" w:type="dxa"/>
            <w:vAlign w:val="center"/>
          </w:tcPr>
          <w:p w14:paraId="339A0F98" w14:textId="77777777" w:rsidR="00412A3B" w:rsidRDefault="00000000">
            <w:r>
              <w:rPr>
                <w:sz w:val="18"/>
              </w:rPr>
              <w:t>Employee responsible for the sale</w:t>
            </w:r>
          </w:p>
        </w:tc>
      </w:tr>
      <w:tr w:rsidR="00412A3B" w14:paraId="079C2E8D" w14:textId="77777777">
        <w:trPr>
          <w:jc w:val="center"/>
        </w:trPr>
        <w:tc>
          <w:tcPr>
            <w:tcW w:w="2304" w:type="dxa"/>
            <w:vAlign w:val="center"/>
          </w:tcPr>
          <w:p w14:paraId="3188054A" w14:textId="77777777" w:rsidR="00412A3B" w:rsidRDefault="00000000">
            <w:r>
              <w:rPr>
                <w:sz w:val="18"/>
              </w:rPr>
              <w:t>CustomerSegment</w:t>
            </w:r>
          </w:p>
        </w:tc>
        <w:tc>
          <w:tcPr>
            <w:tcW w:w="7920" w:type="dxa"/>
            <w:vAlign w:val="center"/>
          </w:tcPr>
          <w:p w14:paraId="4A3FAB51" w14:textId="77777777" w:rsidR="00412A3B" w:rsidRDefault="00000000">
            <w:r>
              <w:rPr>
                <w:sz w:val="18"/>
              </w:rPr>
              <w:t>Customer group such as Retail or Small Business</w:t>
            </w:r>
          </w:p>
        </w:tc>
      </w:tr>
      <w:tr w:rsidR="00412A3B" w14:paraId="13175A68" w14:textId="77777777">
        <w:trPr>
          <w:jc w:val="center"/>
        </w:trPr>
        <w:tc>
          <w:tcPr>
            <w:tcW w:w="2304" w:type="dxa"/>
            <w:vAlign w:val="center"/>
          </w:tcPr>
          <w:p w14:paraId="0DB28ED3" w14:textId="77777777" w:rsidR="00412A3B" w:rsidRDefault="00000000">
            <w:r>
              <w:rPr>
                <w:sz w:val="18"/>
              </w:rPr>
              <w:t>SalesChannel</w:t>
            </w:r>
          </w:p>
        </w:tc>
        <w:tc>
          <w:tcPr>
            <w:tcW w:w="7920" w:type="dxa"/>
            <w:vAlign w:val="center"/>
          </w:tcPr>
          <w:p w14:paraId="161DDF97" w14:textId="77777777" w:rsidR="00412A3B" w:rsidRDefault="00000000">
            <w:r>
              <w:rPr>
                <w:sz w:val="18"/>
              </w:rPr>
              <w:t>Channel where sale happened: Online, In-Store, or Phone Order</w:t>
            </w:r>
          </w:p>
        </w:tc>
      </w:tr>
      <w:tr w:rsidR="00412A3B" w14:paraId="70243093" w14:textId="77777777">
        <w:trPr>
          <w:jc w:val="center"/>
        </w:trPr>
        <w:tc>
          <w:tcPr>
            <w:tcW w:w="2304" w:type="dxa"/>
            <w:vAlign w:val="center"/>
          </w:tcPr>
          <w:p w14:paraId="01F40441" w14:textId="77777777" w:rsidR="00412A3B" w:rsidRDefault="00000000">
            <w:r>
              <w:rPr>
                <w:sz w:val="18"/>
              </w:rPr>
              <w:t>Product</w:t>
            </w:r>
          </w:p>
        </w:tc>
        <w:tc>
          <w:tcPr>
            <w:tcW w:w="7920" w:type="dxa"/>
            <w:vAlign w:val="center"/>
          </w:tcPr>
          <w:p w14:paraId="0953D522" w14:textId="77777777" w:rsidR="00412A3B" w:rsidRDefault="00000000">
            <w:r>
              <w:rPr>
                <w:sz w:val="18"/>
              </w:rPr>
              <w:t>Product sold</w:t>
            </w:r>
          </w:p>
        </w:tc>
      </w:tr>
      <w:tr w:rsidR="00412A3B" w14:paraId="02356100" w14:textId="77777777">
        <w:trPr>
          <w:jc w:val="center"/>
        </w:trPr>
        <w:tc>
          <w:tcPr>
            <w:tcW w:w="2304" w:type="dxa"/>
            <w:vAlign w:val="center"/>
          </w:tcPr>
          <w:p w14:paraId="37686337" w14:textId="77777777" w:rsidR="00412A3B" w:rsidRDefault="00000000">
            <w:r>
              <w:rPr>
                <w:sz w:val="18"/>
              </w:rPr>
              <w:lastRenderedPageBreak/>
              <w:t>Category</w:t>
            </w:r>
          </w:p>
        </w:tc>
        <w:tc>
          <w:tcPr>
            <w:tcW w:w="7920" w:type="dxa"/>
            <w:vAlign w:val="center"/>
          </w:tcPr>
          <w:p w14:paraId="3AB30E39" w14:textId="77777777" w:rsidR="00412A3B" w:rsidRDefault="00000000">
            <w:r>
              <w:rPr>
                <w:sz w:val="18"/>
              </w:rPr>
              <w:t>Product category</w:t>
            </w:r>
          </w:p>
        </w:tc>
      </w:tr>
      <w:tr w:rsidR="00412A3B" w14:paraId="55B34231" w14:textId="77777777">
        <w:trPr>
          <w:jc w:val="center"/>
        </w:trPr>
        <w:tc>
          <w:tcPr>
            <w:tcW w:w="2304" w:type="dxa"/>
            <w:vAlign w:val="center"/>
          </w:tcPr>
          <w:p w14:paraId="54D6EAA1" w14:textId="77777777" w:rsidR="00412A3B" w:rsidRDefault="00000000">
            <w:r>
              <w:rPr>
                <w:sz w:val="18"/>
              </w:rPr>
              <w:t>UnitPrice</w:t>
            </w:r>
          </w:p>
        </w:tc>
        <w:tc>
          <w:tcPr>
            <w:tcW w:w="7920" w:type="dxa"/>
            <w:vAlign w:val="center"/>
          </w:tcPr>
          <w:p w14:paraId="53F41415" w14:textId="77777777" w:rsidR="00412A3B" w:rsidRDefault="00000000">
            <w:r>
              <w:rPr>
                <w:sz w:val="18"/>
              </w:rPr>
              <w:t>Selling price per unit before quantity calculation</w:t>
            </w:r>
          </w:p>
        </w:tc>
      </w:tr>
      <w:tr w:rsidR="00412A3B" w14:paraId="1339F980" w14:textId="77777777">
        <w:trPr>
          <w:jc w:val="center"/>
        </w:trPr>
        <w:tc>
          <w:tcPr>
            <w:tcW w:w="2304" w:type="dxa"/>
            <w:vAlign w:val="center"/>
          </w:tcPr>
          <w:p w14:paraId="58FF4677" w14:textId="77777777" w:rsidR="00412A3B" w:rsidRDefault="00000000">
            <w:r>
              <w:rPr>
                <w:sz w:val="18"/>
              </w:rPr>
              <w:t>Quantity</w:t>
            </w:r>
          </w:p>
        </w:tc>
        <w:tc>
          <w:tcPr>
            <w:tcW w:w="7920" w:type="dxa"/>
            <w:vAlign w:val="center"/>
          </w:tcPr>
          <w:p w14:paraId="543F15F3" w14:textId="77777777" w:rsidR="00412A3B" w:rsidRDefault="00000000">
            <w:r>
              <w:rPr>
                <w:sz w:val="18"/>
              </w:rPr>
              <w:t>Units sold in the order</w:t>
            </w:r>
          </w:p>
        </w:tc>
      </w:tr>
      <w:tr w:rsidR="00412A3B" w14:paraId="321D5C57" w14:textId="77777777">
        <w:trPr>
          <w:jc w:val="center"/>
        </w:trPr>
        <w:tc>
          <w:tcPr>
            <w:tcW w:w="2304" w:type="dxa"/>
            <w:vAlign w:val="center"/>
          </w:tcPr>
          <w:p w14:paraId="32255E65" w14:textId="77777777" w:rsidR="00412A3B" w:rsidRDefault="00000000">
            <w:r>
              <w:rPr>
                <w:sz w:val="18"/>
              </w:rPr>
              <w:t>DiscountRate</w:t>
            </w:r>
          </w:p>
        </w:tc>
        <w:tc>
          <w:tcPr>
            <w:tcW w:w="7920" w:type="dxa"/>
            <w:vAlign w:val="center"/>
          </w:tcPr>
          <w:p w14:paraId="5EA319B0" w14:textId="77777777" w:rsidR="00412A3B" w:rsidRDefault="00000000">
            <w:r>
              <w:rPr>
                <w:sz w:val="18"/>
              </w:rPr>
              <w:t>Discount rate applied to the order</w:t>
            </w:r>
          </w:p>
        </w:tc>
      </w:tr>
      <w:tr w:rsidR="00412A3B" w14:paraId="4D44F230" w14:textId="77777777">
        <w:trPr>
          <w:jc w:val="center"/>
        </w:trPr>
        <w:tc>
          <w:tcPr>
            <w:tcW w:w="2304" w:type="dxa"/>
            <w:vAlign w:val="center"/>
          </w:tcPr>
          <w:p w14:paraId="2B6C428F" w14:textId="77777777" w:rsidR="00412A3B" w:rsidRDefault="00000000">
            <w:r>
              <w:rPr>
                <w:sz w:val="18"/>
              </w:rPr>
              <w:t>Revenue</w:t>
            </w:r>
          </w:p>
        </w:tc>
        <w:tc>
          <w:tcPr>
            <w:tcW w:w="7920" w:type="dxa"/>
            <w:vAlign w:val="center"/>
          </w:tcPr>
          <w:p w14:paraId="73423054" w14:textId="77777777" w:rsidR="00412A3B" w:rsidRDefault="00000000">
            <w:r>
              <w:rPr>
                <w:sz w:val="18"/>
              </w:rPr>
              <w:t>Final order revenue after discount</w:t>
            </w:r>
          </w:p>
        </w:tc>
      </w:tr>
      <w:tr w:rsidR="00412A3B" w14:paraId="5606AF87" w14:textId="77777777">
        <w:trPr>
          <w:jc w:val="center"/>
        </w:trPr>
        <w:tc>
          <w:tcPr>
            <w:tcW w:w="2304" w:type="dxa"/>
            <w:vAlign w:val="center"/>
          </w:tcPr>
          <w:p w14:paraId="690BF606" w14:textId="77777777" w:rsidR="00412A3B" w:rsidRDefault="00000000">
            <w:r>
              <w:rPr>
                <w:sz w:val="18"/>
              </w:rPr>
              <w:t>Cost</w:t>
            </w:r>
          </w:p>
        </w:tc>
        <w:tc>
          <w:tcPr>
            <w:tcW w:w="7920" w:type="dxa"/>
            <w:vAlign w:val="center"/>
          </w:tcPr>
          <w:p w14:paraId="0AEA352D" w14:textId="77777777" w:rsidR="00412A3B" w:rsidRDefault="00000000">
            <w:r>
              <w:rPr>
                <w:sz w:val="18"/>
              </w:rPr>
              <w:t>Cost to BrightMart for the order</w:t>
            </w:r>
          </w:p>
        </w:tc>
      </w:tr>
      <w:tr w:rsidR="00412A3B" w14:paraId="76CEC8CC" w14:textId="77777777">
        <w:trPr>
          <w:jc w:val="center"/>
        </w:trPr>
        <w:tc>
          <w:tcPr>
            <w:tcW w:w="2304" w:type="dxa"/>
            <w:vAlign w:val="center"/>
          </w:tcPr>
          <w:p w14:paraId="5988A003" w14:textId="77777777" w:rsidR="00412A3B" w:rsidRDefault="00000000">
            <w:r>
              <w:rPr>
                <w:sz w:val="18"/>
              </w:rPr>
              <w:t>Profit</w:t>
            </w:r>
          </w:p>
        </w:tc>
        <w:tc>
          <w:tcPr>
            <w:tcW w:w="7920" w:type="dxa"/>
            <w:vAlign w:val="center"/>
          </w:tcPr>
          <w:p w14:paraId="696F885A" w14:textId="77777777" w:rsidR="00412A3B" w:rsidRDefault="00000000">
            <w:r>
              <w:rPr>
                <w:sz w:val="18"/>
              </w:rPr>
              <w:t>Revenue minus cost</w:t>
            </w:r>
          </w:p>
        </w:tc>
      </w:tr>
      <w:tr w:rsidR="00412A3B" w14:paraId="67D6C800" w14:textId="77777777">
        <w:trPr>
          <w:jc w:val="center"/>
        </w:trPr>
        <w:tc>
          <w:tcPr>
            <w:tcW w:w="2304" w:type="dxa"/>
            <w:vAlign w:val="center"/>
          </w:tcPr>
          <w:p w14:paraId="75FA2DB9" w14:textId="77777777" w:rsidR="00412A3B" w:rsidRDefault="00000000">
            <w:r>
              <w:rPr>
                <w:sz w:val="18"/>
              </w:rPr>
              <w:t>CustomerRating</w:t>
            </w:r>
          </w:p>
        </w:tc>
        <w:tc>
          <w:tcPr>
            <w:tcW w:w="7920" w:type="dxa"/>
            <w:vAlign w:val="center"/>
          </w:tcPr>
          <w:p w14:paraId="19B8F68A" w14:textId="77777777" w:rsidR="00412A3B" w:rsidRDefault="00000000">
            <w:r>
              <w:rPr>
                <w:sz w:val="18"/>
              </w:rPr>
              <w:t>Rating from 1 to 5</w:t>
            </w:r>
          </w:p>
        </w:tc>
      </w:tr>
      <w:tr w:rsidR="00412A3B" w14:paraId="5207F05B" w14:textId="77777777">
        <w:trPr>
          <w:jc w:val="center"/>
        </w:trPr>
        <w:tc>
          <w:tcPr>
            <w:tcW w:w="2304" w:type="dxa"/>
            <w:vAlign w:val="center"/>
          </w:tcPr>
          <w:p w14:paraId="35C386DC" w14:textId="77777777" w:rsidR="00412A3B" w:rsidRDefault="00000000">
            <w:r>
              <w:rPr>
                <w:sz w:val="18"/>
              </w:rPr>
              <w:t>HighProfit</w:t>
            </w:r>
          </w:p>
        </w:tc>
        <w:tc>
          <w:tcPr>
            <w:tcW w:w="7920" w:type="dxa"/>
            <w:vAlign w:val="center"/>
          </w:tcPr>
          <w:p w14:paraId="29197E1D" w14:textId="77777777" w:rsidR="00412A3B" w:rsidRDefault="00000000">
            <w:r>
              <w:rPr>
                <w:sz w:val="18"/>
              </w:rPr>
              <w:t>Yes/No flag based on order profit</w:t>
            </w:r>
          </w:p>
        </w:tc>
      </w:tr>
      <w:tr w:rsidR="00412A3B" w14:paraId="009A8FC9" w14:textId="77777777">
        <w:trPr>
          <w:jc w:val="center"/>
        </w:trPr>
        <w:tc>
          <w:tcPr>
            <w:tcW w:w="2304" w:type="dxa"/>
            <w:vAlign w:val="center"/>
          </w:tcPr>
          <w:p w14:paraId="159CBA63" w14:textId="77777777" w:rsidR="00412A3B" w:rsidRDefault="00000000">
            <w:r>
              <w:rPr>
                <w:sz w:val="18"/>
              </w:rPr>
              <w:t>Month</w:t>
            </w:r>
          </w:p>
        </w:tc>
        <w:tc>
          <w:tcPr>
            <w:tcW w:w="7920" w:type="dxa"/>
            <w:vAlign w:val="center"/>
          </w:tcPr>
          <w:p w14:paraId="38A72DF3" w14:textId="77777777" w:rsidR="00412A3B" w:rsidRDefault="00000000">
            <w:r>
              <w:rPr>
                <w:sz w:val="18"/>
              </w:rPr>
              <w:t>Year-month label used for monthly analysis</w:t>
            </w:r>
          </w:p>
        </w:tc>
      </w:tr>
    </w:tbl>
    <w:p w14:paraId="448AB097" w14:textId="77777777" w:rsidR="00412A3B" w:rsidRDefault="00412A3B"/>
    <w:p w14:paraId="17A56EE5" w14:textId="77777777" w:rsidR="00412A3B" w:rsidRDefault="00000000">
      <w:pPr>
        <w:pStyle w:val="Heading1"/>
      </w:pPr>
      <w:r>
        <w:t>Business Questions to Solve</w:t>
      </w:r>
    </w:p>
    <w:p w14:paraId="409C048F" w14:textId="77777777" w:rsidR="00412A3B" w:rsidRDefault="00000000">
      <w:pPr>
        <w:pStyle w:val="Heading2"/>
      </w:pPr>
      <w:r>
        <w:t xml:space="preserve">Question 1: Executive </w:t>
      </w:r>
      <w:proofErr w:type="spellStart"/>
      <w:r>
        <w:t>KPI</w:t>
      </w:r>
      <w:proofErr w:type="spellEnd"/>
      <w:r>
        <w:t xml:space="preserve"> Summary</w:t>
      </w:r>
    </w:p>
    <w:p w14:paraId="3C67B2B9" w14:textId="77777777" w:rsidR="00412A3B" w:rsidRDefault="00000000">
      <w:r>
        <w:t>What are BrightMart’s total orders, revenue, cost, profit, profit margin, average rating, and number of high-profit orders?</w:t>
      </w:r>
    </w:p>
    <w:p w14:paraId="714035B3" w14:textId="77777777" w:rsidR="00412A3B" w:rsidRDefault="00000000">
      <w:r>
        <w:rPr>
          <w:b/>
        </w:rPr>
        <w:t xml:space="preserve">Hint: </w:t>
      </w:r>
      <w:r>
        <w:t>Use aggregate functions. Add a calculated profit margin: total profit divided by total revenue.</w:t>
      </w:r>
    </w:p>
    <w:p w14:paraId="475913B4" w14:textId="77777777" w:rsidR="00412A3B" w:rsidRDefault="00000000">
      <w:r>
        <w:t>Write your T-SQL below:</w:t>
      </w:r>
    </w:p>
    <w:p w14:paraId="1AB05189" w14:textId="77777777" w:rsidR="00DC2EDA" w:rsidRPr="00DC2EDA" w:rsidRDefault="00DC2EDA" w:rsidP="00DC2EDA">
      <w:r w:rsidRPr="00DC2EDA">
        <w:t xml:space="preserve">SELECT </w:t>
      </w:r>
    </w:p>
    <w:p w14:paraId="7934A41F" w14:textId="77777777" w:rsidR="00DC2EDA" w:rsidRPr="00DC2EDA" w:rsidRDefault="00DC2EDA" w:rsidP="00DC2EDA">
      <w:r w:rsidRPr="00DC2EDA">
        <w:t xml:space="preserve">    COUNT (OrderID) AS </w:t>
      </w:r>
      <w:proofErr w:type="spellStart"/>
      <w:r w:rsidRPr="00DC2EDA">
        <w:t>TOTALORDERS</w:t>
      </w:r>
      <w:proofErr w:type="spellEnd"/>
      <w:r w:rsidRPr="00DC2EDA">
        <w:t>,</w:t>
      </w:r>
    </w:p>
    <w:p w14:paraId="738931AB" w14:textId="77777777" w:rsidR="00DC2EDA" w:rsidRPr="00DC2EDA" w:rsidRDefault="00DC2EDA" w:rsidP="00DC2EDA">
      <w:r w:rsidRPr="00DC2EDA">
        <w:t xml:space="preserve">    SUM (Revenue) AS </w:t>
      </w:r>
      <w:proofErr w:type="spellStart"/>
      <w:r w:rsidRPr="00DC2EDA">
        <w:t>TOTALREVENUE</w:t>
      </w:r>
      <w:proofErr w:type="spellEnd"/>
      <w:r w:rsidRPr="00DC2EDA">
        <w:t>,</w:t>
      </w:r>
    </w:p>
    <w:p w14:paraId="7143696D" w14:textId="77777777" w:rsidR="00DC2EDA" w:rsidRPr="00DC2EDA" w:rsidRDefault="00DC2EDA" w:rsidP="00DC2EDA">
      <w:r w:rsidRPr="00DC2EDA">
        <w:t xml:space="preserve">    SUM (Cost) AS </w:t>
      </w:r>
      <w:proofErr w:type="spellStart"/>
      <w:r w:rsidRPr="00DC2EDA">
        <w:t>TOTALCOST</w:t>
      </w:r>
      <w:proofErr w:type="spellEnd"/>
      <w:r w:rsidRPr="00DC2EDA">
        <w:t>,</w:t>
      </w:r>
    </w:p>
    <w:p w14:paraId="423061A0" w14:textId="77777777" w:rsidR="00DC2EDA" w:rsidRPr="00DC2EDA" w:rsidRDefault="00DC2EDA" w:rsidP="00DC2EDA">
      <w:r w:rsidRPr="00DC2EDA">
        <w:t xml:space="preserve">    SUM (Profit) AS </w:t>
      </w:r>
      <w:proofErr w:type="spellStart"/>
      <w:r w:rsidRPr="00DC2EDA">
        <w:t>TOTALPROFIT</w:t>
      </w:r>
      <w:proofErr w:type="spellEnd"/>
      <w:r w:rsidRPr="00DC2EDA">
        <w:t>,</w:t>
      </w:r>
    </w:p>
    <w:p w14:paraId="551E07AC" w14:textId="77777777" w:rsidR="00DC2EDA" w:rsidRPr="00DC2EDA" w:rsidRDefault="00DC2EDA" w:rsidP="00DC2EDA">
      <w:r w:rsidRPr="00DC2EDA">
        <w:t xml:space="preserve">    SUM (Profit) / SUM (Revenue) AS </w:t>
      </w:r>
      <w:proofErr w:type="spellStart"/>
      <w:r w:rsidRPr="00DC2EDA">
        <w:t>PROFITMARGIN</w:t>
      </w:r>
      <w:proofErr w:type="spellEnd"/>
      <w:r w:rsidRPr="00DC2EDA">
        <w:t>,</w:t>
      </w:r>
    </w:p>
    <w:p w14:paraId="7C19356F" w14:textId="77777777" w:rsidR="00DC2EDA" w:rsidRPr="00DC2EDA" w:rsidRDefault="00DC2EDA" w:rsidP="00DC2EDA">
      <w:r w:rsidRPr="00DC2EDA">
        <w:t>    AVG(</w:t>
      </w:r>
      <w:proofErr w:type="spellStart"/>
      <w:r w:rsidRPr="00DC2EDA">
        <w:t>CustomerRating</w:t>
      </w:r>
      <w:proofErr w:type="spellEnd"/>
      <w:r w:rsidRPr="00DC2EDA">
        <w:t xml:space="preserve">) AS </w:t>
      </w:r>
      <w:proofErr w:type="spellStart"/>
      <w:r w:rsidRPr="00DC2EDA">
        <w:t>AVGRATING</w:t>
      </w:r>
      <w:proofErr w:type="spellEnd"/>
      <w:r w:rsidRPr="00DC2EDA">
        <w:t>,</w:t>
      </w:r>
    </w:p>
    <w:p w14:paraId="6E23EF5D" w14:textId="77777777" w:rsidR="00DC2EDA" w:rsidRPr="00DC2EDA" w:rsidRDefault="00DC2EDA" w:rsidP="00DC2EDA">
      <w:r w:rsidRPr="00DC2EDA">
        <w:t>    COUNT (</w:t>
      </w:r>
      <w:proofErr w:type="spellStart"/>
      <w:r w:rsidRPr="00DC2EDA">
        <w:t>HighProfit</w:t>
      </w:r>
      <w:proofErr w:type="spellEnd"/>
      <w:r w:rsidRPr="00DC2EDA">
        <w:t xml:space="preserve">) AS </w:t>
      </w:r>
      <w:proofErr w:type="spellStart"/>
      <w:r w:rsidRPr="00DC2EDA">
        <w:t>HIGHPROFIT_ORDERS</w:t>
      </w:r>
      <w:proofErr w:type="spellEnd"/>
    </w:p>
    <w:p w14:paraId="73A2AF5A" w14:textId="77777777" w:rsidR="00DC2EDA" w:rsidRPr="00DC2EDA" w:rsidRDefault="00DC2EDA" w:rsidP="00DC2EDA"/>
    <w:p w14:paraId="432E178A" w14:textId="77777777" w:rsidR="00DC2EDA" w:rsidRPr="00DC2EDA" w:rsidRDefault="00DC2EDA" w:rsidP="00DC2EDA">
      <w:r w:rsidRPr="00DC2EDA">
        <w:t>FROM [</w:t>
      </w:r>
      <w:proofErr w:type="spellStart"/>
      <w:r w:rsidRPr="00DC2EDA">
        <w:t>dbo</w:t>
      </w:r>
      <w:proofErr w:type="spellEnd"/>
      <w:r w:rsidRPr="00DC2EDA">
        <w:t>].</w:t>
      </w:r>
      <w:proofErr w:type="spellStart"/>
      <w:r w:rsidRPr="00DC2EDA">
        <w:t>brightmart_ai_sales_dataset</w:t>
      </w:r>
      <w:proofErr w:type="spellEnd"/>
      <w:r w:rsidRPr="00DC2EDA">
        <w:t>;</w:t>
      </w:r>
    </w:p>
    <w:p w14:paraId="59CD18F6" w14:textId="264B5408" w:rsidR="00412A3B" w:rsidRDefault="00000000">
      <w:r>
        <w:t>____________________________________________________________________________</w:t>
      </w:r>
    </w:p>
    <w:p w14:paraId="2C438756" w14:textId="77777777" w:rsidR="00412A3B" w:rsidRDefault="00000000">
      <w:r>
        <w:t>________________________________________________________________________________</w:t>
      </w:r>
    </w:p>
    <w:p w14:paraId="35ABAC49" w14:textId="77777777" w:rsidR="00412A3B" w:rsidRDefault="00000000">
      <w:r>
        <w:t>________________________________________________________________________________</w:t>
      </w:r>
    </w:p>
    <w:p w14:paraId="15FD2F49" w14:textId="77777777" w:rsidR="00412A3B" w:rsidRDefault="00000000">
      <w:r>
        <w:t>________________________________________________________________________________</w:t>
      </w:r>
    </w:p>
    <w:p w14:paraId="2D0BB0ED" w14:textId="77777777" w:rsidR="00412A3B" w:rsidRDefault="00000000">
      <w:r>
        <w:t>Business interpretation:</w:t>
      </w:r>
    </w:p>
    <w:p w14:paraId="348F50C9" w14:textId="11CDBDF2" w:rsidR="00412A3B" w:rsidRDefault="00DF3AC6">
      <w:r w:rsidRPr="003F15F0">
        <w:rPr>
          <w:b/>
          <w:bCs/>
        </w:rPr>
        <w:t>Costs are eating into profit margins.</w:t>
      </w:r>
      <w:r w:rsidR="00C451B3" w:rsidRPr="003F15F0">
        <w:rPr>
          <w:b/>
          <w:bCs/>
        </w:rPr>
        <w:t xml:space="preserve"> Total profit is low compared to total revenue due to high costs. Have environmental</w:t>
      </w:r>
      <w:r w:rsidR="00927440" w:rsidRPr="003F15F0">
        <w:rPr>
          <w:b/>
          <w:bCs/>
        </w:rPr>
        <w:t xml:space="preserve"> or </w:t>
      </w:r>
      <w:r w:rsidR="00C451B3" w:rsidRPr="003F15F0">
        <w:rPr>
          <w:b/>
          <w:bCs/>
        </w:rPr>
        <w:t>seas</w:t>
      </w:r>
      <w:r w:rsidR="00927440" w:rsidRPr="003F15F0">
        <w:rPr>
          <w:b/>
          <w:bCs/>
        </w:rPr>
        <w:t>onal costs contributed to</w:t>
      </w:r>
      <w:r w:rsidR="00993E26" w:rsidRPr="003F15F0">
        <w:rPr>
          <w:b/>
          <w:bCs/>
        </w:rPr>
        <w:t xml:space="preserve"> these expenses? Have fixed expenses increased?</w:t>
      </w:r>
      <w:r w:rsidR="00AC56DC" w:rsidRPr="003F15F0">
        <w:rPr>
          <w:b/>
          <w:bCs/>
        </w:rPr>
        <w:t xml:space="preserve"> </w:t>
      </w:r>
      <w:r w:rsidR="009035E3" w:rsidRPr="003F15F0">
        <w:rPr>
          <w:b/>
          <w:bCs/>
        </w:rPr>
        <w:t xml:space="preserve">Pricing must be adjusted to account for expenses or cuts must be made internally to accommodate. </w:t>
      </w:r>
      <w:r>
        <w:t>______________________________________________________________________________</w:t>
      </w:r>
    </w:p>
    <w:p w14:paraId="791AFCF1" w14:textId="77777777" w:rsidR="00412A3B" w:rsidRDefault="00000000">
      <w:r>
        <w:t>________________________________________________________________________________</w:t>
      </w:r>
    </w:p>
    <w:p w14:paraId="1B66A629" w14:textId="77777777" w:rsidR="00412A3B" w:rsidRDefault="00000000">
      <w:r>
        <w:lastRenderedPageBreak/>
        <w:t>________________________________________________________________________________</w:t>
      </w:r>
    </w:p>
    <w:p w14:paraId="4C012911" w14:textId="77777777" w:rsidR="00412A3B" w:rsidRDefault="00000000">
      <w:pPr>
        <w:pStyle w:val="Heading2"/>
      </w:pPr>
      <w:r>
        <w:t>Question 2: Regional Performance</w:t>
      </w:r>
    </w:p>
    <w:p w14:paraId="63915787" w14:textId="77777777" w:rsidR="00412A3B" w:rsidRDefault="00000000">
      <w:r>
        <w:t>Which region performs best by total profit, and how do regions compare by revenue, orders, margin, and rating?</w:t>
      </w:r>
    </w:p>
    <w:p w14:paraId="59D7B487" w14:textId="77777777" w:rsidR="00412A3B" w:rsidRDefault="00000000">
      <w:r>
        <w:rPr>
          <w:b/>
        </w:rPr>
        <w:t xml:space="preserve">Hint: </w:t>
      </w:r>
      <w:r>
        <w:t>Group by Region. Sort by total profit descending.</w:t>
      </w:r>
    </w:p>
    <w:p w14:paraId="43357AC1" w14:textId="77777777" w:rsidR="00412A3B" w:rsidRPr="00F05372" w:rsidRDefault="00000000">
      <w:pPr>
        <w:rPr>
          <w:b/>
          <w:bCs/>
        </w:rPr>
      </w:pPr>
      <w:r w:rsidRPr="00F05372">
        <w:rPr>
          <w:b/>
          <w:bCs/>
        </w:rPr>
        <w:t>Write your T-SQL below:</w:t>
      </w:r>
    </w:p>
    <w:p w14:paraId="444A40BE" w14:textId="77777777" w:rsidR="00F05372" w:rsidRPr="00F05372" w:rsidRDefault="00F05372" w:rsidP="00F05372">
      <w:r w:rsidRPr="00F05372">
        <w:t>SELECT Region,</w:t>
      </w:r>
    </w:p>
    <w:p w14:paraId="6FA2A54B" w14:textId="77777777" w:rsidR="00F05372" w:rsidRPr="00F05372" w:rsidRDefault="00F05372" w:rsidP="00F05372">
      <w:r w:rsidRPr="00F05372">
        <w:t xml:space="preserve">        SUM (Profit) AS </w:t>
      </w:r>
      <w:proofErr w:type="spellStart"/>
      <w:r w:rsidRPr="00F05372">
        <w:t>TOTAL_PROFIT</w:t>
      </w:r>
      <w:proofErr w:type="spellEnd"/>
      <w:r w:rsidRPr="00F05372">
        <w:t>,</w:t>
      </w:r>
    </w:p>
    <w:p w14:paraId="4DAC1A24" w14:textId="77777777" w:rsidR="00F05372" w:rsidRPr="00F05372" w:rsidRDefault="00F05372" w:rsidP="00F05372">
      <w:r w:rsidRPr="00F05372">
        <w:t xml:space="preserve">        SUM (Revenue) AS </w:t>
      </w:r>
      <w:proofErr w:type="spellStart"/>
      <w:r w:rsidRPr="00F05372">
        <w:t>TOTALREVENUE</w:t>
      </w:r>
      <w:proofErr w:type="spellEnd"/>
      <w:r w:rsidRPr="00F05372">
        <w:t>,</w:t>
      </w:r>
    </w:p>
    <w:p w14:paraId="5E73C67F" w14:textId="77777777" w:rsidR="00F05372" w:rsidRPr="00F05372" w:rsidRDefault="00F05372" w:rsidP="00F05372">
      <w:r w:rsidRPr="00F05372">
        <w:t xml:space="preserve">        COUNT (*) AS </w:t>
      </w:r>
      <w:proofErr w:type="spellStart"/>
      <w:r w:rsidRPr="00F05372">
        <w:t>TOTALORDERS</w:t>
      </w:r>
      <w:proofErr w:type="spellEnd"/>
      <w:r w:rsidRPr="00F05372">
        <w:t>,</w:t>
      </w:r>
    </w:p>
    <w:p w14:paraId="1A92D3CD" w14:textId="77777777" w:rsidR="00F05372" w:rsidRPr="00F05372" w:rsidRDefault="00F05372" w:rsidP="00F05372">
      <w:r w:rsidRPr="00F05372">
        <w:t>        ROUND(</w:t>
      </w:r>
    </w:p>
    <w:p w14:paraId="0DD414E6" w14:textId="77777777" w:rsidR="00F05372" w:rsidRPr="00F05372" w:rsidRDefault="00F05372" w:rsidP="00F05372">
      <w:r w:rsidRPr="00F05372">
        <w:t>        SUM(Profit)*1.0/</w:t>
      </w:r>
      <w:proofErr w:type="spellStart"/>
      <w:r w:rsidRPr="00F05372">
        <w:t>NULLIF</w:t>
      </w:r>
      <w:proofErr w:type="spellEnd"/>
      <w:r w:rsidRPr="00F05372">
        <w:t>(SUM(Revenue),0),4</w:t>
      </w:r>
    </w:p>
    <w:p w14:paraId="1C328297" w14:textId="77777777" w:rsidR="00F05372" w:rsidRPr="00F05372" w:rsidRDefault="00F05372" w:rsidP="00F05372">
      <w:r w:rsidRPr="00F05372">
        <w:t xml:space="preserve">        ) AS </w:t>
      </w:r>
      <w:proofErr w:type="spellStart"/>
      <w:r w:rsidRPr="00F05372">
        <w:t>PROFITMARGIN</w:t>
      </w:r>
      <w:proofErr w:type="spellEnd"/>
      <w:r w:rsidRPr="00F05372">
        <w:t>,</w:t>
      </w:r>
    </w:p>
    <w:p w14:paraId="2228979F" w14:textId="312B60E8" w:rsidR="00F05372" w:rsidRPr="00F05372" w:rsidRDefault="00F05372" w:rsidP="00F05372">
      <w:r w:rsidRPr="00F05372">
        <w:t>        AVG(</w:t>
      </w:r>
      <w:proofErr w:type="spellStart"/>
      <w:r w:rsidRPr="00F05372">
        <w:t>CustomerRating</w:t>
      </w:r>
      <w:proofErr w:type="spellEnd"/>
      <w:r w:rsidRPr="00F05372">
        <w:t xml:space="preserve">) AS </w:t>
      </w:r>
      <w:proofErr w:type="spellStart"/>
      <w:r w:rsidRPr="00F05372">
        <w:t>AVGRATING</w:t>
      </w:r>
      <w:proofErr w:type="spellEnd"/>
    </w:p>
    <w:p w14:paraId="0A4D6BAF" w14:textId="77777777" w:rsidR="00F05372" w:rsidRPr="00F05372" w:rsidRDefault="00F05372" w:rsidP="00F05372">
      <w:r w:rsidRPr="00F05372">
        <w:t>FROM [</w:t>
      </w:r>
      <w:proofErr w:type="spellStart"/>
      <w:r w:rsidRPr="00F05372">
        <w:t>dbo</w:t>
      </w:r>
      <w:proofErr w:type="spellEnd"/>
      <w:r w:rsidRPr="00F05372">
        <w:t>].</w:t>
      </w:r>
      <w:proofErr w:type="spellStart"/>
      <w:r w:rsidRPr="00F05372">
        <w:t>brightmart_ai_sales_dataset</w:t>
      </w:r>
      <w:proofErr w:type="spellEnd"/>
    </w:p>
    <w:p w14:paraId="5728BF89" w14:textId="77777777" w:rsidR="00F05372" w:rsidRPr="00F05372" w:rsidRDefault="00F05372" w:rsidP="00F05372">
      <w:r w:rsidRPr="00F05372">
        <w:t>GROUP BY Region</w:t>
      </w:r>
    </w:p>
    <w:p w14:paraId="5148D5FE" w14:textId="77777777" w:rsidR="00F05372" w:rsidRPr="00F05372" w:rsidRDefault="00F05372" w:rsidP="00F05372">
      <w:r w:rsidRPr="00F05372">
        <w:t xml:space="preserve">ORDER BY </w:t>
      </w:r>
      <w:proofErr w:type="spellStart"/>
      <w:r w:rsidRPr="00F05372">
        <w:t>TOTAL_PROFIT</w:t>
      </w:r>
      <w:proofErr w:type="spellEnd"/>
      <w:r w:rsidRPr="00F05372">
        <w:t xml:space="preserve"> DESC</w:t>
      </w:r>
    </w:p>
    <w:p w14:paraId="75B3248A" w14:textId="77777777" w:rsidR="00412A3B" w:rsidRDefault="00000000">
      <w:r>
        <w:t>________________________________________________________________________________</w:t>
      </w:r>
    </w:p>
    <w:p w14:paraId="748DA795" w14:textId="77777777" w:rsidR="00412A3B" w:rsidRDefault="00000000">
      <w:r>
        <w:t>________________________________________________________________________________</w:t>
      </w:r>
    </w:p>
    <w:p w14:paraId="7962FD3B" w14:textId="77777777" w:rsidR="00412A3B" w:rsidRDefault="00000000">
      <w:r>
        <w:t>________________________________________________________________________________</w:t>
      </w:r>
    </w:p>
    <w:p w14:paraId="6599B53F" w14:textId="77777777" w:rsidR="00412A3B" w:rsidRDefault="00000000">
      <w:r>
        <w:t>________________________________________________________________________________</w:t>
      </w:r>
    </w:p>
    <w:p w14:paraId="54CB129E" w14:textId="77777777" w:rsidR="00412A3B" w:rsidRDefault="00000000">
      <w:r>
        <w:t>________________________________________________________________________________</w:t>
      </w:r>
    </w:p>
    <w:p w14:paraId="0D962459" w14:textId="77777777" w:rsidR="00412A3B" w:rsidRDefault="00000000">
      <w:r>
        <w:t>Business interpretation:</w:t>
      </w:r>
    </w:p>
    <w:p w14:paraId="53FD21DA" w14:textId="5753C686" w:rsidR="00412A3B" w:rsidRDefault="00A52BBC">
      <w:r w:rsidRPr="00D932F8">
        <w:rPr>
          <w:b/>
          <w:bCs/>
        </w:rPr>
        <w:t xml:space="preserve">Moncton </w:t>
      </w:r>
      <w:r w:rsidR="0057264E" w:rsidRPr="00D932F8">
        <w:rPr>
          <w:b/>
          <w:bCs/>
        </w:rPr>
        <w:t>has the highest total profit but is 2</w:t>
      </w:r>
      <w:r w:rsidR="0057264E" w:rsidRPr="00D932F8">
        <w:rPr>
          <w:b/>
          <w:bCs/>
          <w:vertAlign w:val="superscript"/>
        </w:rPr>
        <w:t>nd</w:t>
      </w:r>
      <w:r w:rsidR="0057264E" w:rsidRPr="00D932F8">
        <w:rPr>
          <w:b/>
          <w:bCs/>
        </w:rPr>
        <w:t xml:space="preserve"> to last in profit margins. Pointing to elevated expenses eating at profit margins in this region.</w:t>
      </w:r>
      <w:r w:rsidR="00040258" w:rsidRPr="00D932F8">
        <w:rPr>
          <w:b/>
          <w:bCs/>
        </w:rPr>
        <w:t xml:space="preserve"> Vendor costs, transportation length/ logistics, or regional taxes should be investigated to narrow</w:t>
      </w:r>
      <w:r w:rsidR="0030633E" w:rsidRPr="00D932F8">
        <w:rPr>
          <w:b/>
          <w:bCs/>
        </w:rPr>
        <w:t xml:space="preserve"> down the expenses eating at margins. On the other hand Fredericton has the highest profit margin</w:t>
      </w:r>
      <w:r w:rsidR="008522C6" w:rsidRPr="00D932F8">
        <w:rPr>
          <w:b/>
          <w:bCs/>
        </w:rPr>
        <w:t xml:space="preserve"> but is 3</w:t>
      </w:r>
      <w:r w:rsidR="008522C6" w:rsidRPr="00D932F8">
        <w:rPr>
          <w:b/>
          <w:bCs/>
          <w:vertAlign w:val="superscript"/>
        </w:rPr>
        <w:t>rd</w:t>
      </w:r>
      <w:r w:rsidR="008522C6" w:rsidRPr="00D932F8">
        <w:rPr>
          <w:b/>
          <w:bCs/>
        </w:rPr>
        <w:t xml:space="preserve"> in total profit. Indicating </w:t>
      </w:r>
      <w:r w:rsidR="003A6B3E" w:rsidRPr="00D932F8">
        <w:rPr>
          <w:b/>
          <w:bCs/>
        </w:rPr>
        <w:t>their costs are lower than other regions or they are not pricing their products competitively</w:t>
      </w:r>
      <w:r w:rsidR="00985F88" w:rsidRPr="00D932F8">
        <w:rPr>
          <w:b/>
          <w:bCs/>
        </w:rPr>
        <w:t xml:space="preserve">. Their total revenue is the lowest compared to other regions </w:t>
      </w:r>
      <w:r w:rsidR="00D932F8" w:rsidRPr="00D932F8">
        <w:rPr>
          <w:b/>
          <w:bCs/>
        </w:rPr>
        <w:t>also indicating they pricing structure needs reevaluation.</w:t>
      </w:r>
      <w:r w:rsidR="00D932F8">
        <w:t xml:space="preserve"> </w:t>
      </w:r>
      <w:r>
        <w:t>________________________________________________________________________________</w:t>
      </w:r>
    </w:p>
    <w:p w14:paraId="310898E4" w14:textId="77777777" w:rsidR="00412A3B" w:rsidRDefault="00000000">
      <w:r>
        <w:t>________________________________________________________________________________</w:t>
      </w:r>
    </w:p>
    <w:p w14:paraId="31DE1D80" w14:textId="77777777" w:rsidR="00412A3B" w:rsidRDefault="00000000">
      <w:r>
        <w:t>________________________________________________________________________________</w:t>
      </w:r>
    </w:p>
    <w:p w14:paraId="311E7398" w14:textId="77777777" w:rsidR="00412A3B" w:rsidRDefault="00000000">
      <w:pPr>
        <w:pStyle w:val="Heading2"/>
      </w:pPr>
      <w:r>
        <w:t>Question 3: Product Category Profitability</w:t>
      </w:r>
    </w:p>
    <w:p w14:paraId="78455B9E" w14:textId="77777777" w:rsidR="00412A3B" w:rsidRDefault="00000000">
      <w:r>
        <w:t>Which product category contributes the most profit, and which category has the strongest profit margin?</w:t>
      </w:r>
    </w:p>
    <w:p w14:paraId="17D8AE98" w14:textId="77777777" w:rsidR="00412A3B" w:rsidRDefault="00000000">
      <w:r>
        <w:rPr>
          <w:b/>
        </w:rPr>
        <w:lastRenderedPageBreak/>
        <w:t xml:space="preserve">Hint: </w:t>
      </w:r>
      <w:r>
        <w:t>Group by Category. Compare total profit and profit margin. Do not rely on revenue only.</w:t>
      </w:r>
    </w:p>
    <w:p w14:paraId="6EAEA9CC" w14:textId="77777777" w:rsidR="00412A3B" w:rsidRDefault="00000000">
      <w:r>
        <w:t>Write your T-SQL below:</w:t>
      </w:r>
    </w:p>
    <w:p w14:paraId="3D45434C" w14:textId="77777777" w:rsidR="006B70DF" w:rsidRPr="006B70DF" w:rsidRDefault="006B70DF" w:rsidP="006B70DF">
      <w:r w:rsidRPr="006B70DF">
        <w:t>SELECT Category,</w:t>
      </w:r>
    </w:p>
    <w:p w14:paraId="25338012" w14:textId="77777777" w:rsidR="006B70DF" w:rsidRPr="006B70DF" w:rsidRDefault="006B70DF" w:rsidP="006B70DF">
      <w:r w:rsidRPr="006B70DF">
        <w:t xml:space="preserve">        SUM(Profit) AS </w:t>
      </w:r>
      <w:proofErr w:type="spellStart"/>
      <w:r w:rsidRPr="006B70DF">
        <w:t>TOTALPROFIT</w:t>
      </w:r>
      <w:proofErr w:type="spellEnd"/>
      <w:r w:rsidRPr="006B70DF">
        <w:t>,</w:t>
      </w:r>
    </w:p>
    <w:p w14:paraId="43C4F4A0" w14:textId="77777777" w:rsidR="006B70DF" w:rsidRPr="006B70DF" w:rsidRDefault="006B70DF" w:rsidP="006B70DF">
      <w:r w:rsidRPr="006B70DF">
        <w:t>        ROUND(</w:t>
      </w:r>
    </w:p>
    <w:p w14:paraId="75E97FE7" w14:textId="77777777" w:rsidR="006B70DF" w:rsidRPr="006B70DF" w:rsidRDefault="006B70DF" w:rsidP="006B70DF">
      <w:r w:rsidRPr="006B70DF">
        <w:t>            SUM(Profit)*1.0/</w:t>
      </w:r>
      <w:proofErr w:type="spellStart"/>
      <w:r w:rsidRPr="006B70DF">
        <w:t>NULLIF</w:t>
      </w:r>
      <w:proofErr w:type="spellEnd"/>
      <w:r w:rsidRPr="006B70DF">
        <w:t>(SUM(Revenue),0),4</w:t>
      </w:r>
    </w:p>
    <w:p w14:paraId="19DCC2B2" w14:textId="77777777" w:rsidR="006B70DF" w:rsidRPr="006B70DF" w:rsidRDefault="006B70DF" w:rsidP="006B70DF">
      <w:r w:rsidRPr="006B70DF">
        <w:t xml:space="preserve">            ) AS </w:t>
      </w:r>
      <w:proofErr w:type="spellStart"/>
      <w:r w:rsidRPr="006B70DF">
        <w:t>PROFITMARGIN</w:t>
      </w:r>
      <w:proofErr w:type="spellEnd"/>
    </w:p>
    <w:p w14:paraId="4525F138" w14:textId="77777777" w:rsidR="006B70DF" w:rsidRPr="006B70DF" w:rsidRDefault="006B70DF" w:rsidP="006B70DF">
      <w:r w:rsidRPr="006B70DF">
        <w:t>FROM [</w:t>
      </w:r>
      <w:proofErr w:type="spellStart"/>
      <w:r w:rsidRPr="006B70DF">
        <w:t>dbo</w:t>
      </w:r>
      <w:proofErr w:type="spellEnd"/>
      <w:r w:rsidRPr="006B70DF">
        <w:t>].</w:t>
      </w:r>
      <w:proofErr w:type="spellStart"/>
      <w:r w:rsidRPr="006B70DF">
        <w:t>brightmart_ai_sales_dataset</w:t>
      </w:r>
      <w:proofErr w:type="spellEnd"/>
    </w:p>
    <w:p w14:paraId="5BA3C0EB" w14:textId="77777777" w:rsidR="006B70DF" w:rsidRPr="006B70DF" w:rsidRDefault="006B70DF" w:rsidP="006B70DF">
      <w:r w:rsidRPr="006B70DF">
        <w:t>group by Category</w:t>
      </w:r>
    </w:p>
    <w:p w14:paraId="3DB4FA3C" w14:textId="77777777" w:rsidR="00412A3B" w:rsidRDefault="00000000">
      <w:r>
        <w:t>________________________________________________________________________________</w:t>
      </w:r>
    </w:p>
    <w:p w14:paraId="62F0A4D7" w14:textId="77777777" w:rsidR="00412A3B" w:rsidRDefault="00000000">
      <w:r>
        <w:t>________________________________________________________________________________</w:t>
      </w:r>
    </w:p>
    <w:p w14:paraId="44F0AC2A" w14:textId="77777777" w:rsidR="00412A3B" w:rsidRDefault="00000000">
      <w:r>
        <w:t>________________________________________________________________________________</w:t>
      </w:r>
    </w:p>
    <w:p w14:paraId="60099BDA" w14:textId="77777777" w:rsidR="00412A3B" w:rsidRDefault="00000000">
      <w:r>
        <w:t>________________________________________________________________________________</w:t>
      </w:r>
    </w:p>
    <w:p w14:paraId="6BACD6CE" w14:textId="77777777" w:rsidR="00412A3B" w:rsidRDefault="00000000">
      <w:r>
        <w:t>________________________________________________________________________________</w:t>
      </w:r>
    </w:p>
    <w:p w14:paraId="60B98A28" w14:textId="77777777" w:rsidR="00412A3B" w:rsidRDefault="00000000">
      <w:r>
        <w:t>Business interpretation:</w:t>
      </w:r>
    </w:p>
    <w:p w14:paraId="48F5FAF8" w14:textId="2BC3CD31" w:rsidR="00412A3B" w:rsidRDefault="008B66C6">
      <w:r w:rsidRPr="007E5B5C">
        <w:rPr>
          <w:b/>
          <w:bCs/>
        </w:rPr>
        <w:t>Electronics earns the most in total profit but has the lowest profit margins. Indicating tha</w:t>
      </w:r>
      <w:r w:rsidR="00536F0E" w:rsidRPr="007E5B5C">
        <w:rPr>
          <w:b/>
          <w:bCs/>
        </w:rPr>
        <w:t>t production, storage, transportation or insurance might be eating at margins.</w:t>
      </w:r>
      <w:r w:rsidR="008B654F" w:rsidRPr="007E5B5C">
        <w:rPr>
          <w:b/>
          <w:bCs/>
        </w:rPr>
        <w:t xml:space="preserve"> Stationery has the highest profit margins but earns the lowest in total profit compared to other categories</w:t>
      </w:r>
      <w:r w:rsidR="00373C8A" w:rsidRPr="007E5B5C">
        <w:rPr>
          <w:b/>
          <w:bCs/>
        </w:rPr>
        <w:t>. Indicating stationary</w:t>
      </w:r>
      <w:r w:rsidR="007B7427" w:rsidRPr="007E5B5C">
        <w:rPr>
          <w:b/>
          <w:bCs/>
        </w:rPr>
        <w:t xml:space="preserve"> costs less to produce than other categories but</w:t>
      </w:r>
      <w:r w:rsidR="00AE30F2" w:rsidRPr="007E5B5C">
        <w:rPr>
          <w:b/>
          <w:bCs/>
        </w:rPr>
        <w:t xml:space="preserve"> is less desirable by consumers compared to other categories.</w:t>
      </w:r>
      <w:r w:rsidR="00045ECE" w:rsidRPr="007E5B5C">
        <w:rPr>
          <w:b/>
          <w:bCs/>
        </w:rPr>
        <w:t xml:space="preserve"> Seasonal marketing around stationary</w:t>
      </w:r>
      <w:r w:rsidR="00523494" w:rsidRPr="007E5B5C">
        <w:rPr>
          <w:b/>
          <w:bCs/>
        </w:rPr>
        <w:t xml:space="preserve"> </w:t>
      </w:r>
      <w:r w:rsidR="001F2A54" w:rsidRPr="007E5B5C">
        <w:rPr>
          <w:b/>
          <w:bCs/>
        </w:rPr>
        <w:t>during back to school months</w:t>
      </w:r>
      <w:r w:rsidR="00EC4076" w:rsidRPr="007E5B5C">
        <w:rPr>
          <w:b/>
          <w:bCs/>
        </w:rPr>
        <w:t xml:space="preserve"> to teachers and students, </w:t>
      </w:r>
      <w:r w:rsidR="001F2A54" w:rsidRPr="007E5B5C">
        <w:rPr>
          <w:b/>
          <w:bCs/>
        </w:rPr>
        <w:t xml:space="preserve">or </w:t>
      </w:r>
      <w:r w:rsidR="001E3710" w:rsidRPr="007E5B5C">
        <w:rPr>
          <w:b/>
          <w:bCs/>
        </w:rPr>
        <w:t xml:space="preserve">marketing </w:t>
      </w:r>
      <w:r w:rsidR="001F2A54" w:rsidRPr="007E5B5C">
        <w:rPr>
          <w:b/>
          <w:bCs/>
        </w:rPr>
        <w:t xml:space="preserve">the health benefits </w:t>
      </w:r>
      <w:r w:rsidR="003B018D" w:rsidRPr="007E5B5C">
        <w:rPr>
          <w:b/>
          <w:bCs/>
        </w:rPr>
        <w:t>of</w:t>
      </w:r>
      <w:r w:rsidR="001F2A54" w:rsidRPr="007E5B5C">
        <w:rPr>
          <w:b/>
          <w:bCs/>
        </w:rPr>
        <w:t xml:space="preserve"> doing</w:t>
      </w:r>
      <w:r w:rsidR="0056785C" w:rsidRPr="007E5B5C">
        <w:rPr>
          <w:b/>
          <w:bCs/>
        </w:rPr>
        <w:t xml:space="preserve"> stationary</w:t>
      </w:r>
      <w:r w:rsidR="003B018D" w:rsidRPr="007E5B5C">
        <w:rPr>
          <w:b/>
          <w:bCs/>
        </w:rPr>
        <w:t xml:space="preserve"> crafts</w:t>
      </w:r>
      <w:r w:rsidR="0056785C" w:rsidRPr="007E5B5C">
        <w:rPr>
          <w:b/>
          <w:bCs/>
        </w:rPr>
        <w:t xml:space="preserve"> could drive sales and desirability</w:t>
      </w:r>
      <w:r w:rsidR="0056785C">
        <w:t xml:space="preserve">. </w:t>
      </w:r>
      <w:r>
        <w:t>_______________________________________________________________________________</w:t>
      </w:r>
    </w:p>
    <w:p w14:paraId="1FA9DF27" w14:textId="77777777" w:rsidR="00412A3B" w:rsidRDefault="00000000">
      <w:r>
        <w:t>________________________________________________________________________________</w:t>
      </w:r>
    </w:p>
    <w:p w14:paraId="52E29397" w14:textId="77777777" w:rsidR="00412A3B" w:rsidRDefault="00000000">
      <w:r>
        <w:t>________________________________________________________________________________</w:t>
      </w:r>
    </w:p>
    <w:p w14:paraId="5944D914" w14:textId="77777777" w:rsidR="00412A3B" w:rsidRDefault="00000000">
      <w:pPr>
        <w:pStyle w:val="Heading2"/>
      </w:pPr>
      <w:r>
        <w:t>Question 4: Salesperson Performance</w:t>
      </w:r>
    </w:p>
    <w:p w14:paraId="4148AA35" w14:textId="77777777" w:rsidR="00412A3B" w:rsidRDefault="00000000">
      <w:r>
        <w:t>Which salesperson should management recognize based on total profit, revenue, margin, and customer rating?</w:t>
      </w:r>
    </w:p>
    <w:p w14:paraId="1BB69A35" w14:textId="77777777" w:rsidR="00412A3B" w:rsidRDefault="00000000">
      <w:r>
        <w:rPr>
          <w:b/>
        </w:rPr>
        <w:t xml:space="preserve">Hint: </w:t>
      </w:r>
      <w:r>
        <w:t>Group by Salesperson. Sort by profit, then compare rating and margin.</w:t>
      </w:r>
    </w:p>
    <w:p w14:paraId="4746ACC2" w14:textId="77777777" w:rsidR="00412A3B" w:rsidRDefault="00000000">
      <w:r>
        <w:t>Write your T-SQL below:</w:t>
      </w:r>
    </w:p>
    <w:p w14:paraId="3E58EA0E" w14:textId="77777777" w:rsidR="00050B7B" w:rsidRPr="00050B7B" w:rsidRDefault="00050B7B" w:rsidP="00050B7B">
      <w:r w:rsidRPr="00050B7B">
        <w:t>SELECT Salesperson,</w:t>
      </w:r>
    </w:p>
    <w:p w14:paraId="7417DE98" w14:textId="77777777" w:rsidR="00050B7B" w:rsidRPr="00050B7B" w:rsidRDefault="00050B7B" w:rsidP="00050B7B">
      <w:r w:rsidRPr="00050B7B">
        <w:t xml:space="preserve">        SUM (Profit) AS </w:t>
      </w:r>
      <w:proofErr w:type="spellStart"/>
      <w:r w:rsidRPr="00050B7B">
        <w:t>TotalProfit</w:t>
      </w:r>
      <w:proofErr w:type="spellEnd"/>
      <w:r w:rsidRPr="00050B7B">
        <w:t>,</w:t>
      </w:r>
    </w:p>
    <w:p w14:paraId="52C3604F" w14:textId="77777777" w:rsidR="00050B7B" w:rsidRPr="00050B7B" w:rsidRDefault="00050B7B" w:rsidP="00050B7B">
      <w:r w:rsidRPr="00050B7B">
        <w:t xml:space="preserve">        SUM (Revenue) AS </w:t>
      </w:r>
      <w:proofErr w:type="spellStart"/>
      <w:r w:rsidRPr="00050B7B">
        <w:t>TotalRevnue</w:t>
      </w:r>
      <w:proofErr w:type="spellEnd"/>
      <w:r w:rsidRPr="00050B7B">
        <w:t>,</w:t>
      </w:r>
    </w:p>
    <w:p w14:paraId="2C52908A" w14:textId="77777777" w:rsidR="00050B7B" w:rsidRPr="00050B7B" w:rsidRDefault="00050B7B" w:rsidP="00050B7B">
      <w:r w:rsidRPr="00050B7B">
        <w:t>        ROUND(</w:t>
      </w:r>
    </w:p>
    <w:p w14:paraId="767FCFCD" w14:textId="77777777" w:rsidR="00050B7B" w:rsidRPr="00050B7B" w:rsidRDefault="00050B7B" w:rsidP="00050B7B">
      <w:r w:rsidRPr="00050B7B">
        <w:t xml:space="preserve">        SUM(Profit) * 100.0 / </w:t>
      </w:r>
      <w:proofErr w:type="spellStart"/>
      <w:r w:rsidRPr="00050B7B">
        <w:t>NULLIF</w:t>
      </w:r>
      <w:proofErr w:type="spellEnd"/>
      <w:r w:rsidRPr="00050B7B">
        <w:t>(SUM(Revenue), 0),</w:t>
      </w:r>
    </w:p>
    <w:p w14:paraId="2053EB3A" w14:textId="77777777" w:rsidR="00050B7B" w:rsidRPr="00050B7B" w:rsidRDefault="00050B7B" w:rsidP="00050B7B">
      <w:r w:rsidRPr="00050B7B">
        <w:lastRenderedPageBreak/>
        <w:t>        4</w:t>
      </w:r>
    </w:p>
    <w:p w14:paraId="4E73DE5F" w14:textId="77777777" w:rsidR="00050B7B" w:rsidRPr="00050B7B" w:rsidRDefault="00050B7B" w:rsidP="00050B7B">
      <w:r w:rsidRPr="00050B7B">
        <w:t xml:space="preserve">    ) AS </w:t>
      </w:r>
      <w:proofErr w:type="spellStart"/>
      <w:r w:rsidRPr="00050B7B">
        <w:t>ProfitMarginPct</w:t>
      </w:r>
      <w:proofErr w:type="spellEnd"/>
      <w:r w:rsidRPr="00050B7B">
        <w:t>,</w:t>
      </w:r>
    </w:p>
    <w:p w14:paraId="4E26B53B" w14:textId="77777777" w:rsidR="00050B7B" w:rsidRPr="00050B7B" w:rsidRDefault="00050B7B" w:rsidP="00050B7B">
      <w:r w:rsidRPr="00050B7B">
        <w:t>    AVG (</w:t>
      </w:r>
      <w:proofErr w:type="spellStart"/>
      <w:r w:rsidRPr="00050B7B">
        <w:t>CustomerRating</w:t>
      </w:r>
      <w:proofErr w:type="spellEnd"/>
      <w:r w:rsidRPr="00050B7B">
        <w:t xml:space="preserve">) AS </w:t>
      </w:r>
      <w:proofErr w:type="spellStart"/>
      <w:r w:rsidRPr="00050B7B">
        <w:t>CustomerRating</w:t>
      </w:r>
      <w:proofErr w:type="spellEnd"/>
    </w:p>
    <w:p w14:paraId="3E0386A7" w14:textId="77777777" w:rsidR="00050B7B" w:rsidRPr="00050B7B" w:rsidRDefault="00050B7B" w:rsidP="00050B7B">
      <w:r w:rsidRPr="00050B7B">
        <w:t>FROM [</w:t>
      </w:r>
      <w:proofErr w:type="spellStart"/>
      <w:r w:rsidRPr="00050B7B">
        <w:t>dbo</w:t>
      </w:r>
      <w:proofErr w:type="spellEnd"/>
      <w:r w:rsidRPr="00050B7B">
        <w:t>].</w:t>
      </w:r>
      <w:proofErr w:type="spellStart"/>
      <w:r w:rsidRPr="00050B7B">
        <w:t>brightmart_ai_sales_dataset</w:t>
      </w:r>
      <w:proofErr w:type="spellEnd"/>
    </w:p>
    <w:p w14:paraId="285195ED" w14:textId="77777777" w:rsidR="00050B7B" w:rsidRPr="00050B7B" w:rsidRDefault="00050B7B" w:rsidP="00050B7B">
      <w:r w:rsidRPr="00050B7B">
        <w:t>GROUP BY Salesperson</w:t>
      </w:r>
    </w:p>
    <w:p w14:paraId="5CF17618" w14:textId="77777777" w:rsidR="00050B7B" w:rsidRPr="00050B7B" w:rsidRDefault="00050B7B" w:rsidP="00050B7B">
      <w:r w:rsidRPr="00050B7B">
        <w:t xml:space="preserve">Order By </w:t>
      </w:r>
      <w:proofErr w:type="spellStart"/>
      <w:r w:rsidRPr="00050B7B">
        <w:t>TotalProfit</w:t>
      </w:r>
      <w:proofErr w:type="spellEnd"/>
      <w:r w:rsidRPr="00050B7B">
        <w:t xml:space="preserve"> DESC;</w:t>
      </w:r>
    </w:p>
    <w:p w14:paraId="7D5E6F95" w14:textId="77777777" w:rsidR="00412A3B" w:rsidRDefault="00000000">
      <w:r>
        <w:t>________________________________________________________________________________</w:t>
      </w:r>
    </w:p>
    <w:p w14:paraId="2AEB908E" w14:textId="77777777" w:rsidR="00412A3B" w:rsidRDefault="00000000">
      <w:r>
        <w:t>________________________________________________________________________________</w:t>
      </w:r>
    </w:p>
    <w:p w14:paraId="2A1560F1" w14:textId="77777777" w:rsidR="00412A3B" w:rsidRDefault="00000000">
      <w:r>
        <w:t>________________________________________________________________________________</w:t>
      </w:r>
    </w:p>
    <w:p w14:paraId="1134D0B9" w14:textId="77777777" w:rsidR="00412A3B" w:rsidRDefault="00000000">
      <w:r>
        <w:t>________________________________________________________________________________</w:t>
      </w:r>
    </w:p>
    <w:p w14:paraId="32381483" w14:textId="77777777" w:rsidR="00412A3B" w:rsidRDefault="00000000">
      <w:r>
        <w:t>________________________________________________________________________________</w:t>
      </w:r>
    </w:p>
    <w:p w14:paraId="2C77AE1F" w14:textId="77777777" w:rsidR="00412A3B" w:rsidRDefault="00000000">
      <w:r>
        <w:t>Business interpretation:</w:t>
      </w:r>
    </w:p>
    <w:p w14:paraId="065FAE83" w14:textId="71EF0A11" w:rsidR="00412A3B" w:rsidRDefault="0096287C">
      <w:r>
        <w:t xml:space="preserve">The salesperson with the highest profit has the lowest </w:t>
      </w:r>
      <w:r w:rsidR="005A3997">
        <w:t xml:space="preserve">profit margin and a low customer rating. The salesperson with the highest profit margin has the lowest total profit and a high customer rating. </w:t>
      </w:r>
      <w:r w:rsidR="00AA4994">
        <w:t xml:space="preserve">Ama should be recognized as a high profit employee but her low customer rating might be eating at her margins if she is giving out </w:t>
      </w:r>
      <w:r w:rsidR="00305D53">
        <w:t xml:space="preserve"> customer service credits/discounts, or losing margins due to poor customer service.</w:t>
      </w:r>
      <w:r w:rsidR="004D7D37">
        <w:t xml:space="preserve"> Sales reps with the highest customer ratings earn the highest margins </w:t>
      </w:r>
      <w:r w:rsidR="002B5F94">
        <w:t xml:space="preserve">but might not be making enough in profit because of </w:t>
      </w:r>
      <w:r w:rsidR="00C037A4">
        <w:t xml:space="preserve">costs and expenses. </w:t>
      </w:r>
      <w:r>
        <w:t>________________________________________________________________________________</w:t>
      </w:r>
    </w:p>
    <w:p w14:paraId="1FB68380" w14:textId="77777777" w:rsidR="00412A3B" w:rsidRDefault="00000000">
      <w:r>
        <w:t>________________________________________________________________________________</w:t>
      </w:r>
    </w:p>
    <w:p w14:paraId="37DF89E9" w14:textId="77777777" w:rsidR="00412A3B" w:rsidRDefault="00000000">
      <w:r>
        <w:t>________________________________________________________________________________</w:t>
      </w:r>
    </w:p>
    <w:p w14:paraId="15BA8344" w14:textId="77777777" w:rsidR="00412A3B" w:rsidRDefault="00000000">
      <w:pPr>
        <w:pStyle w:val="Heading2"/>
      </w:pPr>
      <w:r>
        <w:t>Question 5: Sales Channel Effectiveness</w:t>
      </w:r>
    </w:p>
    <w:p w14:paraId="2F4A9674" w14:textId="77777777" w:rsidR="00412A3B" w:rsidRDefault="00000000">
      <w:r>
        <w:t>Which sales channel is strongest overall when considering revenue, profit, profit margin, and customer rating?</w:t>
      </w:r>
    </w:p>
    <w:p w14:paraId="5B7AB64F" w14:textId="77777777" w:rsidR="00412A3B" w:rsidRDefault="00000000">
      <w:r>
        <w:rPr>
          <w:b/>
        </w:rPr>
        <w:t xml:space="preserve">Hint: </w:t>
      </w:r>
      <w:r>
        <w:t>Group by SalesChannel. Explain whether the “best” channel depends on profit, margin, or rating.</w:t>
      </w:r>
    </w:p>
    <w:p w14:paraId="0DB0CA32" w14:textId="77777777" w:rsidR="00412A3B" w:rsidRDefault="00000000">
      <w:r>
        <w:t>Write your T-SQL below:</w:t>
      </w:r>
    </w:p>
    <w:p w14:paraId="01E30260" w14:textId="77777777" w:rsidR="00C15DB0" w:rsidRPr="00C15DB0" w:rsidRDefault="00C15DB0" w:rsidP="00C15DB0">
      <w:r w:rsidRPr="00C15DB0">
        <w:t xml:space="preserve">SELECT </w:t>
      </w:r>
      <w:proofErr w:type="spellStart"/>
      <w:r w:rsidRPr="00C15DB0">
        <w:t>SalesChannel</w:t>
      </w:r>
      <w:proofErr w:type="spellEnd"/>
      <w:r w:rsidRPr="00C15DB0">
        <w:t>,</w:t>
      </w:r>
    </w:p>
    <w:p w14:paraId="7CDEC39C" w14:textId="77777777" w:rsidR="00C15DB0" w:rsidRPr="00C15DB0" w:rsidRDefault="00C15DB0" w:rsidP="00C15DB0">
      <w:r w:rsidRPr="00C15DB0">
        <w:t xml:space="preserve">    SUM(Revenue) AS </w:t>
      </w:r>
      <w:proofErr w:type="spellStart"/>
      <w:r w:rsidRPr="00C15DB0">
        <w:t>TOTALREVENUE</w:t>
      </w:r>
      <w:proofErr w:type="spellEnd"/>
      <w:r w:rsidRPr="00C15DB0">
        <w:t>,</w:t>
      </w:r>
    </w:p>
    <w:p w14:paraId="0903345C" w14:textId="77777777" w:rsidR="00C15DB0" w:rsidRPr="00C15DB0" w:rsidRDefault="00C15DB0" w:rsidP="00C15DB0">
      <w:r w:rsidRPr="00C15DB0">
        <w:t xml:space="preserve">    SUM(Profit) AS </w:t>
      </w:r>
      <w:proofErr w:type="spellStart"/>
      <w:r w:rsidRPr="00C15DB0">
        <w:t>TOTALPROFIT</w:t>
      </w:r>
      <w:proofErr w:type="spellEnd"/>
      <w:r w:rsidRPr="00C15DB0">
        <w:t>,</w:t>
      </w:r>
    </w:p>
    <w:p w14:paraId="5AFC5B34" w14:textId="77777777" w:rsidR="00C15DB0" w:rsidRPr="00C15DB0" w:rsidRDefault="00C15DB0" w:rsidP="00C15DB0">
      <w:r w:rsidRPr="00C15DB0">
        <w:t>    ROUND(</w:t>
      </w:r>
    </w:p>
    <w:p w14:paraId="1E43B30F" w14:textId="77777777" w:rsidR="00C15DB0" w:rsidRPr="00C15DB0" w:rsidRDefault="00C15DB0" w:rsidP="00C15DB0">
      <w:r w:rsidRPr="00C15DB0">
        <w:t>        SUM(Profit)*1.0/</w:t>
      </w:r>
      <w:proofErr w:type="spellStart"/>
      <w:r w:rsidRPr="00C15DB0">
        <w:t>NULLIF</w:t>
      </w:r>
      <w:proofErr w:type="spellEnd"/>
      <w:r w:rsidRPr="00C15DB0">
        <w:t>(SUM(Revenue),0),</w:t>
      </w:r>
    </w:p>
    <w:p w14:paraId="2638FFC5" w14:textId="77777777" w:rsidR="00C15DB0" w:rsidRPr="00C15DB0" w:rsidRDefault="00C15DB0" w:rsidP="00C15DB0">
      <w:r w:rsidRPr="00C15DB0">
        <w:t xml:space="preserve">        4) AS </w:t>
      </w:r>
      <w:proofErr w:type="spellStart"/>
      <w:r w:rsidRPr="00C15DB0">
        <w:t>PROFITMARGIN</w:t>
      </w:r>
      <w:proofErr w:type="spellEnd"/>
      <w:r w:rsidRPr="00C15DB0">
        <w:t>,</w:t>
      </w:r>
    </w:p>
    <w:p w14:paraId="73B900AE" w14:textId="77777777" w:rsidR="00C15DB0" w:rsidRPr="00C15DB0" w:rsidRDefault="00C15DB0" w:rsidP="00C15DB0">
      <w:r w:rsidRPr="00C15DB0">
        <w:t>AVG(</w:t>
      </w:r>
      <w:proofErr w:type="spellStart"/>
      <w:r w:rsidRPr="00C15DB0">
        <w:t>CustomerRating</w:t>
      </w:r>
      <w:proofErr w:type="spellEnd"/>
      <w:r w:rsidRPr="00C15DB0">
        <w:t xml:space="preserve">) As </w:t>
      </w:r>
      <w:proofErr w:type="spellStart"/>
      <w:r w:rsidRPr="00C15DB0">
        <w:t>CUSTOMERRATING</w:t>
      </w:r>
      <w:proofErr w:type="spellEnd"/>
    </w:p>
    <w:p w14:paraId="1B5C046E" w14:textId="77777777" w:rsidR="00C15DB0" w:rsidRPr="00C15DB0" w:rsidRDefault="00C15DB0" w:rsidP="00C15DB0">
      <w:r w:rsidRPr="00C15DB0">
        <w:t>FROM [</w:t>
      </w:r>
      <w:proofErr w:type="spellStart"/>
      <w:r w:rsidRPr="00C15DB0">
        <w:t>dbo</w:t>
      </w:r>
      <w:proofErr w:type="spellEnd"/>
      <w:r w:rsidRPr="00C15DB0">
        <w:t>].</w:t>
      </w:r>
      <w:proofErr w:type="spellStart"/>
      <w:r w:rsidRPr="00C15DB0">
        <w:t>brightmart_ai_sales_dataset</w:t>
      </w:r>
      <w:proofErr w:type="spellEnd"/>
    </w:p>
    <w:p w14:paraId="3422B51F" w14:textId="77777777" w:rsidR="00C15DB0" w:rsidRPr="00C15DB0" w:rsidRDefault="00C15DB0" w:rsidP="00C15DB0">
      <w:r w:rsidRPr="00C15DB0">
        <w:t xml:space="preserve">Group by </w:t>
      </w:r>
      <w:proofErr w:type="spellStart"/>
      <w:r w:rsidRPr="00C15DB0">
        <w:t>SalesChannel</w:t>
      </w:r>
      <w:proofErr w:type="spellEnd"/>
    </w:p>
    <w:p w14:paraId="328B32D7" w14:textId="77777777" w:rsidR="00C15DB0" w:rsidRPr="00C15DB0" w:rsidRDefault="00C15DB0" w:rsidP="00C15DB0">
      <w:r w:rsidRPr="00C15DB0">
        <w:lastRenderedPageBreak/>
        <w:t xml:space="preserve">ORDER BY </w:t>
      </w:r>
      <w:proofErr w:type="spellStart"/>
      <w:r w:rsidRPr="00C15DB0">
        <w:t>TOTALPROFIT</w:t>
      </w:r>
      <w:proofErr w:type="spellEnd"/>
      <w:r w:rsidRPr="00C15DB0">
        <w:t xml:space="preserve"> DESC</w:t>
      </w:r>
    </w:p>
    <w:p w14:paraId="52499D4E" w14:textId="77777777" w:rsidR="00412A3B" w:rsidRDefault="00000000">
      <w:r>
        <w:t>________________________________________________________________________________</w:t>
      </w:r>
    </w:p>
    <w:p w14:paraId="6D249B91" w14:textId="77777777" w:rsidR="00412A3B" w:rsidRDefault="00000000">
      <w:r>
        <w:t>________________________________________________________________________________</w:t>
      </w:r>
    </w:p>
    <w:p w14:paraId="3070E889" w14:textId="77777777" w:rsidR="00412A3B" w:rsidRDefault="00000000">
      <w:r>
        <w:t>________________________________________________________________________________</w:t>
      </w:r>
    </w:p>
    <w:p w14:paraId="7695A81B" w14:textId="77777777" w:rsidR="00412A3B" w:rsidRDefault="00000000">
      <w:r>
        <w:t>________________________________________________________________________________</w:t>
      </w:r>
    </w:p>
    <w:p w14:paraId="665F19EE" w14:textId="77777777" w:rsidR="00412A3B" w:rsidRDefault="00000000">
      <w:r>
        <w:t>________________________________________________________________________________</w:t>
      </w:r>
    </w:p>
    <w:p w14:paraId="69729EB1" w14:textId="77777777" w:rsidR="00412A3B" w:rsidRDefault="00000000">
      <w:r>
        <w:t>Business interpretation:</w:t>
      </w:r>
    </w:p>
    <w:p w14:paraId="6D3EE755" w14:textId="77777777" w:rsidR="00412A3B" w:rsidRDefault="00000000">
      <w:r>
        <w:t>________________________________________________________________________________</w:t>
      </w:r>
    </w:p>
    <w:p w14:paraId="213D8B76" w14:textId="77777777" w:rsidR="00412A3B" w:rsidRDefault="00000000">
      <w:r>
        <w:t>________________________________________________________________________________</w:t>
      </w:r>
    </w:p>
    <w:p w14:paraId="511BF0C7" w14:textId="77777777" w:rsidR="00412A3B" w:rsidRDefault="00000000">
      <w:r>
        <w:t>________________________________________________________________________________</w:t>
      </w:r>
    </w:p>
    <w:p w14:paraId="37F0E400" w14:textId="77777777" w:rsidR="00412A3B" w:rsidRDefault="00000000">
      <w:pPr>
        <w:pStyle w:val="Heading2"/>
      </w:pPr>
      <w:r>
        <w:t>Question 6: Monthly Trend and Growth</w:t>
      </w:r>
    </w:p>
    <w:p w14:paraId="2F67A872" w14:textId="77777777" w:rsidR="00412A3B" w:rsidRDefault="00000000">
      <w:r>
        <w:t>Which month had the highest revenue, and what category drove performance in that month?</w:t>
      </w:r>
    </w:p>
    <w:p w14:paraId="36B5EC17" w14:textId="77777777" w:rsidR="00412A3B" w:rsidRDefault="00000000">
      <w:r>
        <w:rPr>
          <w:b/>
        </w:rPr>
        <w:t xml:space="preserve">Hint: </w:t>
      </w:r>
      <w:r>
        <w:t>Group by Month. Use LAG() to calculate growth from the previous month. Then filter the top month by category.</w:t>
      </w:r>
    </w:p>
    <w:p w14:paraId="7C2EFD8D" w14:textId="77777777" w:rsidR="00412A3B" w:rsidRDefault="00000000">
      <w:r>
        <w:t>Write your T-SQL below:</w:t>
      </w:r>
    </w:p>
    <w:p w14:paraId="31C20A34" w14:textId="77777777" w:rsidR="00412A3B" w:rsidRDefault="00000000">
      <w:r>
        <w:t>________________________________________________________________________________</w:t>
      </w:r>
    </w:p>
    <w:p w14:paraId="7C0E29A7" w14:textId="77777777" w:rsidR="00412A3B" w:rsidRDefault="00000000">
      <w:r>
        <w:t>________________________________________________________________________________</w:t>
      </w:r>
    </w:p>
    <w:p w14:paraId="4660F7C9" w14:textId="77777777" w:rsidR="00412A3B" w:rsidRDefault="00000000">
      <w:r>
        <w:t>________________________________________________________________________________</w:t>
      </w:r>
    </w:p>
    <w:p w14:paraId="110EA746" w14:textId="77777777" w:rsidR="00412A3B" w:rsidRDefault="00000000">
      <w:r>
        <w:t>________________________________________________________________________________</w:t>
      </w:r>
    </w:p>
    <w:p w14:paraId="7A33E651" w14:textId="77777777" w:rsidR="00412A3B" w:rsidRDefault="00000000">
      <w:r>
        <w:t>________________________________________________________________________________</w:t>
      </w:r>
    </w:p>
    <w:p w14:paraId="3417B2FA" w14:textId="77777777" w:rsidR="00412A3B" w:rsidRDefault="00000000">
      <w:r>
        <w:t>Business interpretation:</w:t>
      </w:r>
    </w:p>
    <w:p w14:paraId="0C39FCE9" w14:textId="77777777" w:rsidR="00412A3B" w:rsidRDefault="00000000">
      <w:r>
        <w:t>________________________________________________________________________________</w:t>
      </w:r>
    </w:p>
    <w:p w14:paraId="27A83330" w14:textId="77777777" w:rsidR="00412A3B" w:rsidRDefault="00000000">
      <w:r>
        <w:t>________________________________________________________________________________</w:t>
      </w:r>
    </w:p>
    <w:p w14:paraId="7AC08948" w14:textId="77777777" w:rsidR="00412A3B" w:rsidRDefault="00000000">
      <w:r>
        <w:t>________________________________________________________________________________</w:t>
      </w:r>
    </w:p>
    <w:p w14:paraId="475F8EFC" w14:textId="77777777" w:rsidR="00412A3B" w:rsidRDefault="00000000">
      <w:pPr>
        <w:pStyle w:val="Heading1"/>
      </w:pPr>
      <w:r>
        <w:t>Final Student Deliverable</w:t>
      </w:r>
    </w:p>
    <w:p w14:paraId="37FD2EE4" w14:textId="77777777" w:rsidR="00412A3B" w:rsidRDefault="00000000">
      <w:pPr>
        <w:pStyle w:val="ListBullet"/>
      </w:pPr>
      <w:r>
        <w:t>A SQL script containing your six completed queries.</w:t>
      </w:r>
    </w:p>
    <w:p w14:paraId="06FCB666" w14:textId="77777777" w:rsidR="00412A3B" w:rsidRDefault="00000000">
      <w:pPr>
        <w:pStyle w:val="ListBullet"/>
      </w:pPr>
      <w:r>
        <w:t>A short written answer under each question explaining what the result means.</w:t>
      </w:r>
    </w:p>
    <w:p w14:paraId="27EE2B2B" w14:textId="77777777" w:rsidR="00412A3B" w:rsidRDefault="00000000">
      <w:pPr>
        <w:pStyle w:val="ListBullet"/>
      </w:pPr>
      <w:r>
        <w:t>One simple report page or dashboard summary with at least four visuals.</w:t>
      </w:r>
    </w:p>
    <w:p w14:paraId="76FAC85D" w14:textId="77777777" w:rsidR="00412A3B" w:rsidRDefault="00000000">
      <w:pPr>
        <w:pStyle w:val="ListBullet"/>
      </w:pPr>
      <w:r>
        <w:t>A final recommendation to BrightMart management.</w:t>
      </w:r>
    </w:p>
    <w:p w14:paraId="0DE59D63" w14:textId="77777777" w:rsidR="00412A3B" w:rsidRDefault="00000000">
      <w:pPr>
        <w:pStyle w:val="Heading1"/>
      </w:pPr>
      <w:r>
        <w:t>Suggested Report Visuals</w:t>
      </w:r>
    </w:p>
    <w:p w14:paraId="3CD38D59" w14:textId="77777777" w:rsidR="00412A3B" w:rsidRDefault="00000000">
      <w:pPr>
        <w:pStyle w:val="ListBullet"/>
      </w:pPr>
      <w:r>
        <w:t>KPI cards: Total Revenue, Total Profit, Profit Margin, Average Rating.</w:t>
      </w:r>
    </w:p>
    <w:p w14:paraId="1AE25385" w14:textId="77777777" w:rsidR="00412A3B" w:rsidRDefault="00000000">
      <w:pPr>
        <w:pStyle w:val="ListBullet"/>
      </w:pPr>
      <w:r>
        <w:t>Bar chart: Profit by Region.</w:t>
      </w:r>
    </w:p>
    <w:p w14:paraId="77AAD407" w14:textId="77777777" w:rsidR="00412A3B" w:rsidRDefault="00000000">
      <w:pPr>
        <w:pStyle w:val="ListBullet"/>
      </w:pPr>
      <w:r>
        <w:lastRenderedPageBreak/>
        <w:t>Bar chart: Profit by Product Category.</w:t>
      </w:r>
    </w:p>
    <w:p w14:paraId="6F951204" w14:textId="77777777" w:rsidR="00412A3B" w:rsidRDefault="00000000">
      <w:pPr>
        <w:pStyle w:val="ListBullet"/>
      </w:pPr>
      <w:r>
        <w:t>Line chart: Revenue and Profit by Month.</w:t>
      </w:r>
    </w:p>
    <w:p w14:paraId="44E11EDC" w14:textId="77777777" w:rsidR="00412A3B" w:rsidRDefault="00000000">
      <w:pPr>
        <w:pStyle w:val="ListBullet"/>
      </w:pPr>
      <w:r>
        <w:t>Column or table: Salesperson performance ranking.</w:t>
      </w:r>
    </w:p>
    <w:p w14:paraId="0B69BE0F" w14:textId="77777777" w:rsidR="00412A3B" w:rsidRDefault="00000000">
      <w:pPr>
        <w:pStyle w:val="ListBullet"/>
      </w:pPr>
      <w:r>
        <w:t>Slicer: Region, Category, Sales Channel, Month.</w:t>
      </w:r>
    </w:p>
    <w:p w14:paraId="72ACFAA5" w14:textId="77777777" w:rsidR="00412A3B" w:rsidRDefault="00000000">
      <w:pPr>
        <w:pStyle w:val="Heading1"/>
      </w:pPr>
      <w:r>
        <w:t>References for Fabric Work</w:t>
      </w:r>
    </w:p>
    <w:p w14:paraId="71188ACB" w14:textId="77777777" w:rsidR="00412A3B" w:rsidRDefault="00000000">
      <w:pPr>
        <w:pStyle w:val="ListBullet"/>
      </w:pPr>
      <w:r>
        <w:t>Microsoft Learn: SQL query editor in Microsoft Fabric - https://learn.microsoft.com/en-us/fabric/data-warehouse/sql-query-editor</w:t>
      </w:r>
    </w:p>
    <w:p w14:paraId="55917B84" w14:textId="77777777" w:rsidR="00412A3B" w:rsidRDefault="00000000">
      <w:pPr>
        <w:pStyle w:val="ListBullet"/>
      </w:pPr>
      <w:r>
        <w:t>Microsoft Learn: Lakehouse SQL analytics endpoint - https://learn.microsoft.com/en-us/fabric/data-engineering/lakehouse-sql-analytics-endpoint</w:t>
      </w:r>
    </w:p>
    <w:p w14:paraId="493C54D7" w14:textId="77777777" w:rsidR="00412A3B" w:rsidRDefault="00000000">
      <w:pPr>
        <w:pStyle w:val="ListBullet"/>
      </w:pPr>
      <w:r>
        <w:t>Microsoft Learn: T-SQL surface area in Fabric Data Warehouse - https://learn.microsoft.com/en-us/fabric/data-warehouse/tsql-surface-area</w:t>
      </w:r>
    </w:p>
    <w:sectPr w:rsidR="00412A3B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5814667">
    <w:abstractNumId w:val="8"/>
  </w:num>
  <w:num w:numId="2" w16cid:durableId="501166566">
    <w:abstractNumId w:val="6"/>
  </w:num>
  <w:num w:numId="3" w16cid:durableId="527179054">
    <w:abstractNumId w:val="5"/>
  </w:num>
  <w:num w:numId="4" w16cid:durableId="760031578">
    <w:abstractNumId w:val="4"/>
  </w:num>
  <w:num w:numId="5" w16cid:durableId="1039817035">
    <w:abstractNumId w:val="7"/>
  </w:num>
  <w:num w:numId="6" w16cid:durableId="73281124">
    <w:abstractNumId w:val="3"/>
  </w:num>
  <w:num w:numId="7" w16cid:durableId="1714570881">
    <w:abstractNumId w:val="2"/>
  </w:num>
  <w:num w:numId="8" w16cid:durableId="1317875905">
    <w:abstractNumId w:val="1"/>
  </w:num>
  <w:num w:numId="9" w16cid:durableId="1583879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0258"/>
    <w:rsid w:val="00045ECE"/>
    <w:rsid w:val="00050B7B"/>
    <w:rsid w:val="0006063C"/>
    <w:rsid w:val="00070AF0"/>
    <w:rsid w:val="0015074B"/>
    <w:rsid w:val="001647D2"/>
    <w:rsid w:val="00177807"/>
    <w:rsid w:val="001E3710"/>
    <w:rsid w:val="001F2A54"/>
    <w:rsid w:val="0029639D"/>
    <w:rsid w:val="002B5F94"/>
    <w:rsid w:val="00305D53"/>
    <w:rsid w:val="0030633E"/>
    <w:rsid w:val="00326F90"/>
    <w:rsid w:val="003717A0"/>
    <w:rsid w:val="00373C8A"/>
    <w:rsid w:val="003A6B3E"/>
    <w:rsid w:val="003B018D"/>
    <w:rsid w:val="003F15F0"/>
    <w:rsid w:val="00412A3B"/>
    <w:rsid w:val="004D7D37"/>
    <w:rsid w:val="00523494"/>
    <w:rsid w:val="00536F0E"/>
    <w:rsid w:val="0056785C"/>
    <w:rsid w:val="0057264E"/>
    <w:rsid w:val="00591C81"/>
    <w:rsid w:val="005A3997"/>
    <w:rsid w:val="00630057"/>
    <w:rsid w:val="006B70DF"/>
    <w:rsid w:val="007B7427"/>
    <w:rsid w:val="007C2B73"/>
    <w:rsid w:val="007D3A41"/>
    <w:rsid w:val="007E5B5C"/>
    <w:rsid w:val="007F5049"/>
    <w:rsid w:val="008522C6"/>
    <w:rsid w:val="0087321F"/>
    <w:rsid w:val="008B654F"/>
    <w:rsid w:val="008B66C6"/>
    <w:rsid w:val="009035E3"/>
    <w:rsid w:val="00912410"/>
    <w:rsid w:val="00927440"/>
    <w:rsid w:val="00942D9F"/>
    <w:rsid w:val="0096287C"/>
    <w:rsid w:val="009633AD"/>
    <w:rsid w:val="00985F88"/>
    <w:rsid w:val="00993E26"/>
    <w:rsid w:val="009D137A"/>
    <w:rsid w:val="00A170EA"/>
    <w:rsid w:val="00A52BBC"/>
    <w:rsid w:val="00AA1D8D"/>
    <w:rsid w:val="00AA4994"/>
    <w:rsid w:val="00AC56DC"/>
    <w:rsid w:val="00AD0279"/>
    <w:rsid w:val="00AE30F2"/>
    <w:rsid w:val="00B457B4"/>
    <w:rsid w:val="00B47730"/>
    <w:rsid w:val="00C037A4"/>
    <w:rsid w:val="00C15DB0"/>
    <w:rsid w:val="00C451B3"/>
    <w:rsid w:val="00C5342F"/>
    <w:rsid w:val="00CB0664"/>
    <w:rsid w:val="00D932F8"/>
    <w:rsid w:val="00DC2EDA"/>
    <w:rsid w:val="00DD629B"/>
    <w:rsid w:val="00DF1888"/>
    <w:rsid w:val="00DF3AC6"/>
    <w:rsid w:val="00EC36B8"/>
    <w:rsid w:val="00EC4076"/>
    <w:rsid w:val="00F053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E15F5B"/>
  <w14:defaultImageDpi w14:val="300"/>
  <w15:docId w15:val="{9DEB8E13-BAD4-47BE-BA77-3640CC97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5467</TotalTime>
  <Pages>7</Pages>
  <Words>1812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Khepera Walker</cp:lastModifiedBy>
  <cp:revision>57</cp:revision>
  <dcterms:created xsi:type="dcterms:W3CDTF">2026-07-02T02:28:00Z</dcterms:created>
  <dcterms:modified xsi:type="dcterms:W3CDTF">2026-07-25T03:22:00Z</dcterms:modified>
  <cp:category/>
</cp:coreProperties>
</file>